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FCC01" w14:textId="77777777" w:rsidR="00DB51DE" w:rsidRPr="007C48B2" w:rsidRDefault="00000000">
      <w:pPr>
        <w:spacing w:after="20"/>
        <w:jc w:val="center"/>
        <w:rPr>
          <w:sz w:val="36"/>
          <w:szCs w:val="36"/>
          <w:u w:val="single"/>
        </w:rPr>
      </w:pPr>
      <w:r w:rsidRPr="007C48B2">
        <w:rPr>
          <w:b/>
          <w:color w:val="1F4E79"/>
          <w:sz w:val="36"/>
          <w:szCs w:val="36"/>
          <w:u w:val="single"/>
        </w:rPr>
        <w:t>KAMLESH GUPTA</w:t>
      </w:r>
    </w:p>
    <w:p w14:paraId="01920A26" w14:textId="77777777" w:rsidR="00DB51DE" w:rsidRPr="007C48B2" w:rsidRDefault="00000000">
      <w:pPr>
        <w:spacing w:after="40"/>
        <w:jc w:val="center"/>
        <w:rPr>
          <w:sz w:val="24"/>
          <w:szCs w:val="24"/>
        </w:rPr>
      </w:pPr>
      <w:r w:rsidRPr="007C48B2">
        <w:rPr>
          <w:b/>
          <w:sz w:val="24"/>
          <w:szCs w:val="24"/>
        </w:rPr>
        <w:t>TECHNICAL LEAD | PROJECT LEAD | FULL-STACK DEVELOPER | AI AUTOMATION</w:t>
      </w:r>
    </w:p>
    <w:p w14:paraId="5A9C07BB" w14:textId="7F4F9D41" w:rsidR="00DB51DE" w:rsidRPr="007C48B2" w:rsidRDefault="00000000">
      <w:pPr>
        <w:spacing w:after="40"/>
        <w:jc w:val="center"/>
        <w:rPr>
          <w:sz w:val="24"/>
          <w:szCs w:val="24"/>
        </w:rPr>
      </w:pPr>
      <w:r w:rsidRPr="007C48B2">
        <w:rPr>
          <w:sz w:val="24"/>
          <w:szCs w:val="24"/>
        </w:rPr>
        <w:t xml:space="preserve">PHP • </w:t>
      </w:r>
      <w:proofErr w:type="gramStart"/>
      <w:r w:rsidRPr="007C48B2">
        <w:rPr>
          <w:sz w:val="24"/>
          <w:szCs w:val="24"/>
        </w:rPr>
        <w:t>Laravel  •</w:t>
      </w:r>
      <w:proofErr w:type="gramEnd"/>
      <w:r w:rsidRPr="007C48B2">
        <w:rPr>
          <w:sz w:val="24"/>
          <w:szCs w:val="24"/>
        </w:rPr>
        <w:t xml:space="preserve"> AngularJS • Node.js • Express.js • n8n • AI </w:t>
      </w:r>
      <w:proofErr w:type="gramStart"/>
      <w:r w:rsidRPr="007C48B2">
        <w:rPr>
          <w:sz w:val="24"/>
          <w:szCs w:val="24"/>
        </w:rPr>
        <w:t>Tools  •</w:t>
      </w:r>
      <w:proofErr w:type="gramEnd"/>
      <w:r w:rsidRPr="007C48B2">
        <w:rPr>
          <w:sz w:val="24"/>
          <w:szCs w:val="24"/>
        </w:rPr>
        <w:t xml:space="preserve"> MySQL • AWS </w:t>
      </w:r>
    </w:p>
    <w:p w14:paraId="4BA6D304" w14:textId="59FA0D8E" w:rsidR="00F336DE" w:rsidRDefault="00000000">
      <w:pPr>
        <w:spacing w:after="120"/>
        <w:jc w:val="center"/>
        <w:rPr>
          <w:sz w:val="24"/>
          <w:szCs w:val="24"/>
        </w:rPr>
      </w:pPr>
      <w:r w:rsidRPr="007C48B2">
        <w:rPr>
          <w:sz w:val="24"/>
          <w:szCs w:val="24"/>
        </w:rPr>
        <w:t xml:space="preserve">Ahmedabad, Gujarat, India | +91 9510703162 | webworldgk@gmail.com </w:t>
      </w:r>
    </w:p>
    <w:p w14:paraId="2EE1660E" w14:textId="2605E820" w:rsidR="00DB51DE" w:rsidRPr="007C48B2" w:rsidRDefault="00000000">
      <w:pPr>
        <w:spacing w:after="120"/>
        <w:jc w:val="center"/>
        <w:rPr>
          <w:sz w:val="24"/>
          <w:szCs w:val="24"/>
        </w:rPr>
      </w:pPr>
      <w:r w:rsidRPr="007C48B2">
        <w:rPr>
          <w:sz w:val="24"/>
          <w:szCs w:val="24"/>
        </w:rPr>
        <w:t xml:space="preserve"> linkedin.com/in/krguptaa/ | github.com/krguptaa</w:t>
      </w:r>
    </w:p>
    <w:p w14:paraId="1814F337" w14:textId="79C25520" w:rsidR="00DB51DE" w:rsidRPr="007C48B2" w:rsidRDefault="00000000">
      <w:pPr>
        <w:pStyle w:val="Heading1"/>
        <w:rPr>
          <w:szCs w:val="24"/>
        </w:rPr>
      </w:pPr>
      <w:r w:rsidRPr="007C48B2">
        <w:rPr>
          <w:szCs w:val="24"/>
        </w:rPr>
        <w:t>PROFESSIONAL SUMMARY</w:t>
      </w:r>
      <w:r w:rsidR="00141C4A">
        <w:rPr>
          <w:szCs w:val="24"/>
        </w:rPr>
        <w:t xml:space="preserve"> (11+ Years Experience)</w:t>
      </w:r>
    </w:p>
    <w:p w14:paraId="76C34D6F" w14:textId="77777777" w:rsidR="00DB51DE" w:rsidRPr="007C48B2" w:rsidRDefault="00000000">
      <w:pPr>
        <w:rPr>
          <w:sz w:val="24"/>
          <w:szCs w:val="24"/>
        </w:rPr>
      </w:pPr>
      <w:r w:rsidRPr="007C48B2">
        <w:rPr>
          <w:sz w:val="24"/>
          <w:szCs w:val="24"/>
        </w:rPr>
        <w:t>Technical Lead and Project Lead with 11+ years of software development experience, including 6+ years in technical and project leadership. Experienced in leading cross-functional teams, managing PHP, frontend and mobile teams, coordinating requirements and releases, and contributing to solution architecture, code reviews, API development, AWS deployment and delivery management. Hands-on experience across e-commerce, finance, banking, real estate, task-management and agriculture/grain-marketing solutions. Recent experience also includes building n8n-based AI automation workflows integrating website chat, Slack, MySQL, GitHub, RAG and AI tools such as ChatGPT and Claude AI.</w:t>
      </w:r>
    </w:p>
    <w:p w14:paraId="3D7E8DF7" w14:textId="77777777" w:rsidR="00DB51DE" w:rsidRPr="007C48B2" w:rsidRDefault="00000000">
      <w:pPr>
        <w:pStyle w:val="Heading1"/>
        <w:rPr>
          <w:szCs w:val="24"/>
        </w:rPr>
      </w:pPr>
      <w:r w:rsidRPr="007C48B2">
        <w:rPr>
          <w:szCs w:val="24"/>
        </w:rPr>
        <w:t>LEADERSHIP &amp; TECHNICAL STRENGTHS</w:t>
      </w:r>
    </w:p>
    <w:p w14:paraId="3B191346" w14:textId="77777777" w:rsidR="00DB51DE" w:rsidRPr="007C48B2" w:rsidRDefault="00000000">
      <w:pPr>
        <w:pStyle w:val="ListBullet"/>
        <w:spacing w:after="30"/>
        <w:ind w:left="288" w:hanging="173"/>
        <w:rPr>
          <w:sz w:val="24"/>
          <w:szCs w:val="24"/>
        </w:rPr>
      </w:pPr>
      <w:r w:rsidRPr="007C48B2">
        <w:rPr>
          <w:sz w:val="24"/>
          <w:szCs w:val="24"/>
        </w:rPr>
        <w:t>Technical &amp; Project Leadership; cross-functional team coordination</w:t>
      </w:r>
    </w:p>
    <w:p w14:paraId="4C053667" w14:textId="77777777" w:rsidR="00DB51DE" w:rsidRPr="007C48B2" w:rsidRDefault="00000000">
      <w:pPr>
        <w:pStyle w:val="ListBullet"/>
        <w:spacing w:after="30"/>
        <w:ind w:left="288" w:hanging="173"/>
        <w:rPr>
          <w:sz w:val="24"/>
          <w:szCs w:val="24"/>
        </w:rPr>
      </w:pPr>
      <w:r w:rsidRPr="007C48B2">
        <w:rPr>
          <w:sz w:val="24"/>
          <w:szCs w:val="24"/>
        </w:rPr>
        <w:t>PHP backend development, REST API development and application architecture</w:t>
      </w:r>
    </w:p>
    <w:p w14:paraId="7F04DC50" w14:textId="77777777" w:rsidR="00DB51DE" w:rsidRPr="007C48B2" w:rsidRDefault="00000000">
      <w:pPr>
        <w:pStyle w:val="ListBullet"/>
        <w:spacing w:after="30"/>
        <w:ind w:left="288" w:hanging="173"/>
        <w:rPr>
          <w:sz w:val="24"/>
          <w:szCs w:val="24"/>
        </w:rPr>
      </w:pPr>
      <w:r w:rsidRPr="007C48B2">
        <w:rPr>
          <w:sz w:val="24"/>
          <w:szCs w:val="24"/>
        </w:rPr>
        <w:t>Frontend development using AngularJS and React; mobile development support using Ionic</w:t>
      </w:r>
    </w:p>
    <w:p w14:paraId="7884F387" w14:textId="77777777" w:rsidR="00DB51DE" w:rsidRPr="007C48B2" w:rsidRDefault="00000000">
      <w:pPr>
        <w:pStyle w:val="ListBullet"/>
        <w:spacing w:after="30"/>
        <w:ind w:left="288" w:hanging="173"/>
        <w:rPr>
          <w:sz w:val="24"/>
          <w:szCs w:val="24"/>
        </w:rPr>
      </w:pPr>
      <w:r w:rsidRPr="007C48B2">
        <w:rPr>
          <w:sz w:val="24"/>
          <w:szCs w:val="24"/>
        </w:rPr>
        <w:t>AI automation and workflow orchestration using n8n</w:t>
      </w:r>
    </w:p>
    <w:p w14:paraId="1F7F75A9" w14:textId="77777777" w:rsidR="00DB51DE" w:rsidRPr="007C48B2" w:rsidRDefault="00000000">
      <w:pPr>
        <w:pStyle w:val="ListBullet"/>
        <w:spacing w:after="30"/>
        <w:ind w:left="288" w:hanging="173"/>
        <w:rPr>
          <w:sz w:val="24"/>
          <w:szCs w:val="24"/>
        </w:rPr>
      </w:pPr>
      <w:r w:rsidRPr="007C48B2">
        <w:rPr>
          <w:sz w:val="24"/>
          <w:szCs w:val="24"/>
        </w:rPr>
        <w:t>Conversational AI, ChatGPT, Claude AI and RAG implementation</w:t>
      </w:r>
    </w:p>
    <w:p w14:paraId="77D1925B" w14:textId="77777777" w:rsidR="00DB51DE" w:rsidRPr="007C48B2" w:rsidRDefault="00000000">
      <w:pPr>
        <w:pStyle w:val="ListBullet"/>
        <w:spacing w:after="30"/>
        <w:ind w:left="288" w:hanging="173"/>
        <w:rPr>
          <w:sz w:val="24"/>
          <w:szCs w:val="24"/>
        </w:rPr>
      </w:pPr>
      <w:r w:rsidRPr="007C48B2">
        <w:rPr>
          <w:sz w:val="24"/>
          <w:szCs w:val="24"/>
        </w:rPr>
        <w:t>MySQL / MongoDB integration, data workflows and third-party API integrations</w:t>
      </w:r>
    </w:p>
    <w:p w14:paraId="3DE8B594" w14:textId="77777777" w:rsidR="00DB51DE" w:rsidRPr="007C48B2" w:rsidRDefault="00000000">
      <w:pPr>
        <w:pStyle w:val="ListBullet"/>
        <w:spacing w:after="30"/>
        <w:ind w:left="288" w:hanging="173"/>
        <w:rPr>
          <w:sz w:val="24"/>
          <w:szCs w:val="24"/>
        </w:rPr>
      </w:pPr>
      <w:r w:rsidRPr="007C48B2">
        <w:rPr>
          <w:sz w:val="24"/>
          <w:szCs w:val="24"/>
        </w:rPr>
        <w:t>AWS deployment, Docker, Git and CI/CD</w:t>
      </w:r>
    </w:p>
    <w:p w14:paraId="238AC6CF" w14:textId="77777777" w:rsidR="00DB51DE" w:rsidRPr="007C48B2" w:rsidRDefault="00000000">
      <w:pPr>
        <w:pStyle w:val="ListBullet"/>
        <w:spacing w:after="30"/>
        <w:ind w:left="288" w:hanging="173"/>
        <w:rPr>
          <w:sz w:val="24"/>
          <w:szCs w:val="24"/>
        </w:rPr>
      </w:pPr>
      <w:r w:rsidRPr="007C48B2">
        <w:rPr>
          <w:sz w:val="24"/>
          <w:szCs w:val="24"/>
        </w:rPr>
        <w:t>Requirement analysis, client communication, escalation handling and delivery planning</w:t>
      </w:r>
    </w:p>
    <w:p w14:paraId="1DF9B716" w14:textId="77777777" w:rsidR="00DB51DE" w:rsidRPr="007C48B2" w:rsidRDefault="00000000">
      <w:pPr>
        <w:pStyle w:val="ListBullet"/>
        <w:spacing w:after="30"/>
        <w:ind w:left="288" w:hanging="173"/>
        <w:rPr>
          <w:sz w:val="24"/>
          <w:szCs w:val="24"/>
        </w:rPr>
      </w:pPr>
      <w:r w:rsidRPr="007C48B2">
        <w:rPr>
          <w:sz w:val="24"/>
          <w:szCs w:val="24"/>
        </w:rPr>
        <w:t>Code review, solution architecture and incremental delivery</w:t>
      </w:r>
    </w:p>
    <w:p w14:paraId="0FF19033" w14:textId="77777777" w:rsidR="00DB51DE" w:rsidRPr="007C48B2" w:rsidRDefault="00000000">
      <w:pPr>
        <w:pStyle w:val="Heading1"/>
        <w:rPr>
          <w:szCs w:val="24"/>
        </w:rPr>
      </w:pPr>
      <w:r w:rsidRPr="007C48B2">
        <w:rPr>
          <w:szCs w:val="24"/>
        </w:rPr>
        <w:t>TECHNICAL SKILLS</w:t>
      </w:r>
    </w:p>
    <w:p w14:paraId="4135B9C3" w14:textId="77777777" w:rsidR="00DB51DE" w:rsidRPr="007C48B2" w:rsidRDefault="00000000">
      <w:pPr>
        <w:spacing w:after="40"/>
        <w:rPr>
          <w:sz w:val="24"/>
          <w:szCs w:val="24"/>
        </w:rPr>
      </w:pPr>
      <w:r w:rsidRPr="007C48B2">
        <w:rPr>
          <w:b/>
          <w:sz w:val="24"/>
          <w:szCs w:val="24"/>
        </w:rPr>
        <w:t xml:space="preserve">Languages: </w:t>
      </w:r>
      <w:r w:rsidRPr="007C48B2">
        <w:rPr>
          <w:sz w:val="24"/>
          <w:szCs w:val="24"/>
        </w:rPr>
        <w:t>PHP, JavaScript, Node.js</w:t>
      </w:r>
    </w:p>
    <w:p w14:paraId="45244163" w14:textId="77777777" w:rsidR="00DB51DE" w:rsidRPr="007C48B2" w:rsidRDefault="00000000">
      <w:pPr>
        <w:spacing w:after="40"/>
        <w:rPr>
          <w:sz w:val="24"/>
          <w:szCs w:val="24"/>
        </w:rPr>
      </w:pPr>
      <w:r w:rsidRPr="007C48B2">
        <w:rPr>
          <w:b/>
          <w:sz w:val="24"/>
          <w:szCs w:val="24"/>
        </w:rPr>
        <w:t xml:space="preserve">Backend / Frameworks: </w:t>
      </w:r>
      <w:r w:rsidRPr="007C48B2">
        <w:rPr>
          <w:sz w:val="24"/>
          <w:szCs w:val="24"/>
        </w:rPr>
        <w:t>Laravel, CodeIgniter, CakePHP, Express.js</w:t>
      </w:r>
    </w:p>
    <w:p w14:paraId="1AED3AC0" w14:textId="77777777" w:rsidR="00DB51DE" w:rsidRPr="007C48B2" w:rsidRDefault="00000000">
      <w:pPr>
        <w:spacing w:after="40"/>
        <w:rPr>
          <w:sz w:val="24"/>
          <w:szCs w:val="24"/>
        </w:rPr>
      </w:pPr>
      <w:r w:rsidRPr="007C48B2">
        <w:rPr>
          <w:b/>
          <w:sz w:val="24"/>
          <w:szCs w:val="24"/>
        </w:rPr>
        <w:t xml:space="preserve">Frontend / Mobile: </w:t>
      </w:r>
      <w:r w:rsidRPr="007C48B2">
        <w:rPr>
          <w:sz w:val="24"/>
          <w:szCs w:val="24"/>
        </w:rPr>
        <w:t>AngularJS, React, HTML, CSS, jQuery, AJAX, Ionic</w:t>
      </w:r>
    </w:p>
    <w:p w14:paraId="19F38BAE" w14:textId="77777777" w:rsidR="00DB51DE" w:rsidRPr="007C48B2" w:rsidRDefault="00000000">
      <w:pPr>
        <w:spacing w:after="40"/>
        <w:rPr>
          <w:sz w:val="24"/>
          <w:szCs w:val="24"/>
        </w:rPr>
      </w:pPr>
      <w:r w:rsidRPr="007C48B2">
        <w:rPr>
          <w:b/>
          <w:sz w:val="24"/>
          <w:szCs w:val="24"/>
        </w:rPr>
        <w:t xml:space="preserve">AI / Automation: </w:t>
      </w:r>
      <w:r w:rsidRPr="007C48B2">
        <w:rPr>
          <w:sz w:val="24"/>
          <w:szCs w:val="24"/>
        </w:rPr>
        <w:t>n8n, AI Tools, ChatGPT, Claude AI, RAG (Retrieval-Augmented Generation)</w:t>
      </w:r>
    </w:p>
    <w:p w14:paraId="2F4240F8" w14:textId="77777777" w:rsidR="00DB51DE" w:rsidRPr="007C48B2" w:rsidRDefault="00000000">
      <w:pPr>
        <w:spacing w:after="40"/>
        <w:rPr>
          <w:sz w:val="24"/>
          <w:szCs w:val="24"/>
        </w:rPr>
      </w:pPr>
      <w:r w:rsidRPr="007C48B2">
        <w:rPr>
          <w:b/>
          <w:sz w:val="24"/>
          <w:szCs w:val="24"/>
        </w:rPr>
        <w:t xml:space="preserve">Databases: </w:t>
      </w:r>
      <w:r w:rsidRPr="007C48B2">
        <w:rPr>
          <w:sz w:val="24"/>
          <w:szCs w:val="24"/>
        </w:rPr>
        <w:t>MySQL, MongoDB</w:t>
      </w:r>
    </w:p>
    <w:p w14:paraId="1BC32AC2" w14:textId="77777777" w:rsidR="00DB51DE" w:rsidRPr="007C48B2" w:rsidRDefault="00000000">
      <w:pPr>
        <w:spacing w:after="40"/>
        <w:rPr>
          <w:sz w:val="24"/>
          <w:szCs w:val="24"/>
        </w:rPr>
      </w:pPr>
      <w:r w:rsidRPr="007C48B2">
        <w:rPr>
          <w:b/>
          <w:sz w:val="24"/>
          <w:szCs w:val="24"/>
        </w:rPr>
        <w:t xml:space="preserve">APIs / Integrations: </w:t>
      </w:r>
      <w:r w:rsidRPr="007C48B2">
        <w:rPr>
          <w:sz w:val="24"/>
          <w:szCs w:val="24"/>
        </w:rPr>
        <w:t>REST APIs, API Integration, Stripe, Authorize.Net, Bulk SMS, Twilio SMS Gateway, Slack, GitHub</w:t>
      </w:r>
    </w:p>
    <w:p w14:paraId="294C24F4" w14:textId="77777777" w:rsidR="00DB51DE" w:rsidRPr="007C48B2" w:rsidRDefault="00000000">
      <w:pPr>
        <w:spacing w:after="40"/>
        <w:rPr>
          <w:sz w:val="24"/>
          <w:szCs w:val="24"/>
        </w:rPr>
      </w:pPr>
      <w:r w:rsidRPr="007C48B2">
        <w:rPr>
          <w:b/>
          <w:sz w:val="24"/>
          <w:szCs w:val="24"/>
        </w:rPr>
        <w:t xml:space="preserve">Cloud / DevOps: </w:t>
      </w:r>
      <w:r w:rsidRPr="007C48B2">
        <w:rPr>
          <w:sz w:val="24"/>
          <w:szCs w:val="24"/>
        </w:rPr>
        <w:t>AWS, Docker, Git, CI/CD</w:t>
      </w:r>
    </w:p>
    <w:p w14:paraId="69325B43" w14:textId="77777777" w:rsidR="00DB51DE" w:rsidRDefault="00000000">
      <w:pPr>
        <w:spacing w:after="40"/>
        <w:rPr>
          <w:sz w:val="24"/>
          <w:szCs w:val="24"/>
        </w:rPr>
      </w:pPr>
      <w:r w:rsidRPr="007C48B2">
        <w:rPr>
          <w:b/>
          <w:sz w:val="24"/>
          <w:szCs w:val="24"/>
        </w:rPr>
        <w:t xml:space="preserve">Tools: </w:t>
      </w:r>
      <w:r w:rsidRPr="007C48B2">
        <w:rPr>
          <w:sz w:val="24"/>
          <w:szCs w:val="24"/>
        </w:rPr>
        <w:t xml:space="preserve">Jira, Trello, </w:t>
      </w:r>
      <w:proofErr w:type="spellStart"/>
      <w:r w:rsidRPr="007C48B2">
        <w:rPr>
          <w:sz w:val="24"/>
          <w:szCs w:val="24"/>
        </w:rPr>
        <w:t>DataTables</w:t>
      </w:r>
      <w:proofErr w:type="spellEnd"/>
      <w:r w:rsidRPr="007C48B2">
        <w:rPr>
          <w:sz w:val="24"/>
          <w:szCs w:val="24"/>
        </w:rPr>
        <w:t xml:space="preserve">, </w:t>
      </w:r>
      <w:proofErr w:type="spellStart"/>
      <w:r w:rsidRPr="007C48B2">
        <w:rPr>
          <w:sz w:val="24"/>
          <w:szCs w:val="24"/>
        </w:rPr>
        <w:t>Prestashop</w:t>
      </w:r>
      <w:proofErr w:type="spellEnd"/>
    </w:p>
    <w:p w14:paraId="33B9BCB9" w14:textId="77777777" w:rsidR="007C48B2" w:rsidRDefault="007C48B2">
      <w:pPr>
        <w:spacing w:after="40"/>
        <w:rPr>
          <w:sz w:val="24"/>
          <w:szCs w:val="24"/>
        </w:rPr>
      </w:pPr>
    </w:p>
    <w:p w14:paraId="7DE8906B" w14:textId="77777777" w:rsidR="007C48B2" w:rsidRPr="007C48B2" w:rsidRDefault="007C48B2">
      <w:pPr>
        <w:spacing w:after="40"/>
        <w:rPr>
          <w:sz w:val="24"/>
          <w:szCs w:val="24"/>
        </w:rPr>
      </w:pPr>
    </w:p>
    <w:p w14:paraId="4BE40323" w14:textId="77777777" w:rsidR="00DB51DE" w:rsidRPr="007C48B2" w:rsidRDefault="00000000">
      <w:pPr>
        <w:pStyle w:val="Heading1"/>
        <w:rPr>
          <w:szCs w:val="24"/>
        </w:rPr>
      </w:pPr>
      <w:r w:rsidRPr="007C48B2">
        <w:rPr>
          <w:szCs w:val="24"/>
        </w:rPr>
        <w:lastRenderedPageBreak/>
        <w:t>PROFESSIONAL EXPERIENCE</w:t>
      </w:r>
    </w:p>
    <w:p w14:paraId="055941D7" w14:textId="24E2DD7B" w:rsidR="00DB51DE" w:rsidRPr="007C48B2" w:rsidRDefault="00000000">
      <w:pPr>
        <w:spacing w:before="80" w:after="20"/>
        <w:rPr>
          <w:sz w:val="24"/>
          <w:szCs w:val="24"/>
        </w:rPr>
      </w:pPr>
      <w:r w:rsidRPr="007C48B2">
        <w:rPr>
          <w:b/>
          <w:color w:val="1F4E79"/>
          <w:sz w:val="24"/>
          <w:szCs w:val="24"/>
        </w:rPr>
        <w:t>Agyield</w:t>
      </w:r>
      <w:r w:rsidRPr="007C48B2">
        <w:rPr>
          <w:b/>
          <w:sz w:val="24"/>
          <w:szCs w:val="24"/>
        </w:rPr>
        <w:t xml:space="preserve"> | Technical Lead | Jul 2024 – Present</w:t>
      </w:r>
      <w:r w:rsidR="004B50FA">
        <w:rPr>
          <w:b/>
          <w:sz w:val="24"/>
          <w:szCs w:val="24"/>
        </w:rPr>
        <w:t xml:space="preserve"> (2+ Yr)</w:t>
      </w:r>
    </w:p>
    <w:p w14:paraId="4C3F8CB4" w14:textId="77777777" w:rsidR="00DB51DE" w:rsidRPr="007C48B2" w:rsidRDefault="00000000">
      <w:pPr>
        <w:pStyle w:val="ListBullet"/>
        <w:spacing w:after="30"/>
        <w:ind w:left="288" w:hanging="173"/>
        <w:rPr>
          <w:sz w:val="24"/>
          <w:szCs w:val="24"/>
        </w:rPr>
      </w:pPr>
      <w:r w:rsidRPr="007C48B2">
        <w:rPr>
          <w:sz w:val="24"/>
          <w:szCs w:val="24"/>
        </w:rPr>
        <w:t>Lead development activities and coordinate delivery across development, QA and mobile teams.</w:t>
      </w:r>
    </w:p>
    <w:p w14:paraId="3D05A6B0" w14:textId="77777777" w:rsidR="00DB51DE" w:rsidRPr="007C48B2" w:rsidRDefault="00000000">
      <w:pPr>
        <w:pStyle w:val="ListBullet"/>
        <w:spacing w:after="30"/>
        <w:ind w:left="288" w:hanging="173"/>
        <w:rPr>
          <w:sz w:val="24"/>
          <w:szCs w:val="24"/>
        </w:rPr>
      </w:pPr>
      <w:r w:rsidRPr="007C48B2">
        <w:rPr>
          <w:sz w:val="24"/>
          <w:szCs w:val="24"/>
        </w:rPr>
        <w:t>Manage requirement discussions, development tasks, API development, frontend support and delivery coordination.</w:t>
      </w:r>
    </w:p>
    <w:p w14:paraId="1CD88ADA" w14:textId="77777777" w:rsidR="00DB51DE" w:rsidRPr="007C48B2" w:rsidRDefault="00000000">
      <w:pPr>
        <w:pStyle w:val="ListBullet"/>
        <w:spacing w:after="30"/>
        <w:ind w:left="288" w:hanging="173"/>
        <w:rPr>
          <w:sz w:val="24"/>
          <w:szCs w:val="24"/>
        </w:rPr>
      </w:pPr>
      <w:r w:rsidRPr="007C48B2">
        <w:rPr>
          <w:sz w:val="24"/>
          <w:szCs w:val="24"/>
        </w:rPr>
        <w:t>Contribute to solution architecture, code reviews, AWS deployment and technical decision-making.</w:t>
      </w:r>
    </w:p>
    <w:p w14:paraId="3A5389AA" w14:textId="77777777" w:rsidR="00DB51DE" w:rsidRPr="007C48B2" w:rsidRDefault="00000000">
      <w:pPr>
        <w:pStyle w:val="ListBullet"/>
        <w:spacing w:after="30"/>
        <w:ind w:left="288" w:hanging="173"/>
        <w:rPr>
          <w:sz w:val="24"/>
          <w:szCs w:val="24"/>
        </w:rPr>
      </w:pPr>
      <w:r w:rsidRPr="007C48B2">
        <w:rPr>
          <w:sz w:val="24"/>
          <w:szCs w:val="24"/>
        </w:rPr>
        <w:t>Developed n8n-based automation workflows covering website chat, Slack communication, MySQL integration, GitHub backup and RAG implementation.</w:t>
      </w:r>
    </w:p>
    <w:p w14:paraId="31D508A3" w14:textId="77777777" w:rsidR="00DB51DE" w:rsidRPr="007C48B2" w:rsidRDefault="00000000">
      <w:pPr>
        <w:pStyle w:val="ListBullet"/>
        <w:spacing w:after="30"/>
        <w:ind w:left="288" w:hanging="173"/>
        <w:rPr>
          <w:sz w:val="24"/>
          <w:szCs w:val="24"/>
        </w:rPr>
      </w:pPr>
      <w:r w:rsidRPr="007C48B2">
        <w:rPr>
          <w:sz w:val="24"/>
          <w:szCs w:val="24"/>
        </w:rPr>
        <w:t>Worked with AI tools including ChatGPT and Claude AI as part of AI-enabled workflow and conversational automation.</w:t>
      </w:r>
    </w:p>
    <w:p w14:paraId="54B932CD" w14:textId="17D98F55" w:rsidR="00DB51DE" w:rsidRPr="007C48B2" w:rsidRDefault="00000000">
      <w:pPr>
        <w:spacing w:before="80" w:after="20"/>
        <w:rPr>
          <w:sz w:val="24"/>
          <w:szCs w:val="24"/>
        </w:rPr>
      </w:pPr>
      <w:r w:rsidRPr="007C48B2">
        <w:rPr>
          <w:b/>
          <w:color w:val="1F4E79"/>
          <w:sz w:val="24"/>
          <w:szCs w:val="24"/>
        </w:rPr>
        <w:t>Cygnet Infotech Pvt. Ltd.</w:t>
      </w:r>
      <w:r w:rsidRPr="007C48B2">
        <w:rPr>
          <w:b/>
          <w:sz w:val="24"/>
          <w:szCs w:val="24"/>
        </w:rPr>
        <w:t xml:space="preserve"> | Technical Lead | Nov 2017 – Jun 2024</w:t>
      </w:r>
      <w:r w:rsidR="004B50FA">
        <w:rPr>
          <w:b/>
          <w:sz w:val="24"/>
          <w:szCs w:val="24"/>
        </w:rPr>
        <w:t xml:space="preserve"> (7+ Yr)</w:t>
      </w:r>
    </w:p>
    <w:p w14:paraId="5FDEB74A" w14:textId="77777777" w:rsidR="00DB51DE" w:rsidRPr="007C48B2" w:rsidRDefault="00000000">
      <w:pPr>
        <w:pStyle w:val="ListBullet"/>
        <w:spacing w:after="30"/>
        <w:ind w:left="288" w:hanging="173"/>
        <w:rPr>
          <w:sz w:val="24"/>
          <w:szCs w:val="24"/>
        </w:rPr>
      </w:pPr>
      <w:r w:rsidRPr="007C48B2">
        <w:rPr>
          <w:sz w:val="24"/>
          <w:szCs w:val="24"/>
        </w:rPr>
        <w:t>Led technical delivery and development activities across cross-functional teams.</w:t>
      </w:r>
    </w:p>
    <w:p w14:paraId="7E2A8365" w14:textId="77777777" w:rsidR="00DB51DE" w:rsidRPr="007C48B2" w:rsidRDefault="00000000">
      <w:pPr>
        <w:pStyle w:val="ListBullet"/>
        <w:spacing w:after="30"/>
        <w:ind w:left="288" w:hanging="173"/>
        <w:rPr>
          <w:sz w:val="24"/>
          <w:szCs w:val="24"/>
        </w:rPr>
      </w:pPr>
      <w:r w:rsidRPr="007C48B2">
        <w:rPr>
          <w:sz w:val="24"/>
          <w:szCs w:val="24"/>
        </w:rPr>
        <w:t>Managed PHP, frontend and mobile teams and coordinated requirements, changes and releases.</w:t>
      </w:r>
    </w:p>
    <w:p w14:paraId="3FFFC103" w14:textId="77777777" w:rsidR="00DB51DE" w:rsidRPr="007C48B2" w:rsidRDefault="00000000">
      <w:pPr>
        <w:pStyle w:val="ListBullet"/>
        <w:spacing w:after="30"/>
        <w:ind w:left="288" w:hanging="173"/>
        <w:rPr>
          <w:sz w:val="24"/>
          <w:szCs w:val="24"/>
        </w:rPr>
      </w:pPr>
      <w:r w:rsidRPr="007C48B2">
        <w:rPr>
          <w:sz w:val="24"/>
          <w:szCs w:val="24"/>
        </w:rPr>
        <w:t>Handled client escalations, conflict resolution, delivery planning and incremental releases.</w:t>
      </w:r>
    </w:p>
    <w:p w14:paraId="519C6BBA" w14:textId="77777777" w:rsidR="00DB51DE" w:rsidRPr="007C48B2" w:rsidRDefault="00000000">
      <w:pPr>
        <w:pStyle w:val="ListBullet"/>
        <w:spacing w:after="30"/>
        <w:ind w:left="288" w:hanging="173"/>
        <w:rPr>
          <w:sz w:val="24"/>
          <w:szCs w:val="24"/>
        </w:rPr>
      </w:pPr>
      <w:r w:rsidRPr="007C48B2">
        <w:rPr>
          <w:sz w:val="24"/>
          <w:szCs w:val="24"/>
        </w:rPr>
        <w:t>Performed code reviews and contributed to solution architecture when required.</w:t>
      </w:r>
    </w:p>
    <w:p w14:paraId="78DD9E07" w14:textId="77777777" w:rsidR="00DB51DE" w:rsidRPr="007C48B2" w:rsidRDefault="00000000">
      <w:pPr>
        <w:pStyle w:val="ListBullet"/>
        <w:spacing w:after="30"/>
        <w:ind w:left="288" w:hanging="173"/>
        <w:rPr>
          <w:sz w:val="24"/>
          <w:szCs w:val="24"/>
        </w:rPr>
      </w:pPr>
      <w:r w:rsidRPr="007C48B2">
        <w:rPr>
          <w:sz w:val="24"/>
          <w:szCs w:val="24"/>
        </w:rPr>
        <w:t>Worked across multiple business domains including e-commerce, finance, banking and real-estate-related applications.</w:t>
      </w:r>
    </w:p>
    <w:p w14:paraId="69045C1D" w14:textId="333DEFAA" w:rsidR="00DB51DE" w:rsidRPr="007C48B2" w:rsidRDefault="00000000">
      <w:pPr>
        <w:spacing w:before="80" w:after="20"/>
        <w:rPr>
          <w:sz w:val="24"/>
          <w:szCs w:val="24"/>
        </w:rPr>
      </w:pPr>
      <w:r w:rsidRPr="007C48B2">
        <w:rPr>
          <w:b/>
          <w:color w:val="1F4E79"/>
          <w:sz w:val="24"/>
          <w:szCs w:val="24"/>
        </w:rPr>
        <w:t>SVT India Pvt. Ltd.</w:t>
      </w:r>
      <w:r w:rsidRPr="007C48B2">
        <w:rPr>
          <w:b/>
          <w:sz w:val="24"/>
          <w:szCs w:val="24"/>
        </w:rPr>
        <w:t xml:space="preserve"> | Team Lead – CakePHP | Jan 2015 – Oct 2017</w:t>
      </w:r>
      <w:r w:rsidR="004B50FA">
        <w:rPr>
          <w:b/>
          <w:sz w:val="24"/>
          <w:szCs w:val="24"/>
        </w:rPr>
        <w:t xml:space="preserve"> (3+ Yr)</w:t>
      </w:r>
    </w:p>
    <w:p w14:paraId="674EC230" w14:textId="77777777" w:rsidR="00DB51DE" w:rsidRPr="007C48B2" w:rsidRDefault="00000000">
      <w:pPr>
        <w:pStyle w:val="ListBullet"/>
        <w:spacing w:after="30"/>
        <w:ind w:left="288" w:hanging="173"/>
        <w:rPr>
          <w:sz w:val="24"/>
          <w:szCs w:val="24"/>
        </w:rPr>
      </w:pPr>
      <w:r w:rsidRPr="007C48B2">
        <w:rPr>
          <w:sz w:val="24"/>
          <w:szCs w:val="24"/>
        </w:rPr>
        <w:t>Led CakePHP development activities and supported application delivery and team coordination.</w:t>
      </w:r>
    </w:p>
    <w:p w14:paraId="537C9CBA" w14:textId="68D7A0BA" w:rsidR="00DB51DE" w:rsidRPr="007C48B2" w:rsidRDefault="00000000">
      <w:pPr>
        <w:spacing w:before="80" w:after="20"/>
        <w:rPr>
          <w:sz w:val="24"/>
          <w:szCs w:val="24"/>
        </w:rPr>
      </w:pPr>
      <w:r w:rsidRPr="007C48B2">
        <w:rPr>
          <w:b/>
          <w:color w:val="1F4E79"/>
          <w:sz w:val="24"/>
          <w:szCs w:val="24"/>
        </w:rPr>
        <w:t>River Delta India</w:t>
      </w:r>
      <w:r w:rsidRPr="007C48B2">
        <w:rPr>
          <w:b/>
          <w:sz w:val="24"/>
          <w:szCs w:val="24"/>
        </w:rPr>
        <w:t xml:space="preserve"> | PHP / CakePHP Developer | Jul 2014 – Dec 2014</w:t>
      </w:r>
      <w:r w:rsidR="004B50FA">
        <w:rPr>
          <w:b/>
          <w:sz w:val="24"/>
          <w:szCs w:val="24"/>
        </w:rPr>
        <w:t xml:space="preserve"> (6 Month)</w:t>
      </w:r>
    </w:p>
    <w:p w14:paraId="6E957DFC" w14:textId="77777777" w:rsidR="00DB51DE" w:rsidRPr="007C48B2" w:rsidRDefault="00000000">
      <w:pPr>
        <w:pStyle w:val="ListBullet"/>
        <w:spacing w:after="30"/>
        <w:ind w:left="288" w:hanging="173"/>
        <w:rPr>
          <w:sz w:val="24"/>
          <w:szCs w:val="24"/>
        </w:rPr>
      </w:pPr>
      <w:r w:rsidRPr="007C48B2">
        <w:rPr>
          <w:sz w:val="24"/>
          <w:szCs w:val="24"/>
        </w:rPr>
        <w:t>Worked on PHP and CakePHP application development.</w:t>
      </w:r>
    </w:p>
    <w:p w14:paraId="780F1465" w14:textId="1611510D" w:rsidR="00DB51DE" w:rsidRPr="007C48B2" w:rsidRDefault="00000000">
      <w:pPr>
        <w:spacing w:before="80" w:after="20"/>
        <w:rPr>
          <w:sz w:val="24"/>
          <w:szCs w:val="24"/>
        </w:rPr>
      </w:pPr>
      <w:r w:rsidRPr="007C48B2">
        <w:rPr>
          <w:b/>
          <w:color w:val="1F4E79"/>
          <w:sz w:val="24"/>
          <w:szCs w:val="24"/>
        </w:rPr>
        <w:t>Medusind Solution Pvt. Ltd.</w:t>
      </w:r>
      <w:r w:rsidRPr="007C48B2">
        <w:rPr>
          <w:b/>
          <w:sz w:val="24"/>
          <w:szCs w:val="24"/>
        </w:rPr>
        <w:t xml:space="preserve"> | PHP &amp; MySQL Developer | Jun 2013 – Jun 2014</w:t>
      </w:r>
      <w:r w:rsidR="004B50FA">
        <w:rPr>
          <w:b/>
          <w:sz w:val="24"/>
          <w:szCs w:val="24"/>
        </w:rPr>
        <w:t xml:space="preserve"> (1 Year)</w:t>
      </w:r>
    </w:p>
    <w:p w14:paraId="758E5D9A" w14:textId="77777777" w:rsidR="00DB51DE" w:rsidRPr="007C48B2" w:rsidRDefault="00000000">
      <w:pPr>
        <w:pStyle w:val="ListBullet"/>
        <w:spacing w:after="30"/>
        <w:ind w:left="288" w:hanging="173"/>
        <w:rPr>
          <w:sz w:val="24"/>
          <w:szCs w:val="24"/>
        </w:rPr>
      </w:pPr>
      <w:r w:rsidRPr="007C48B2">
        <w:rPr>
          <w:sz w:val="24"/>
          <w:szCs w:val="24"/>
        </w:rPr>
        <w:t>Worked on PHP and MySQL development and application support.</w:t>
      </w:r>
    </w:p>
    <w:p w14:paraId="71A9C0F9" w14:textId="77777777" w:rsidR="00DB51DE" w:rsidRPr="007C48B2" w:rsidRDefault="00000000">
      <w:pPr>
        <w:pStyle w:val="Heading1"/>
        <w:rPr>
          <w:szCs w:val="24"/>
        </w:rPr>
      </w:pPr>
      <w:r w:rsidRPr="007C48B2">
        <w:rPr>
          <w:szCs w:val="24"/>
        </w:rPr>
        <w:t>SELECTED PROJECTS</w:t>
      </w:r>
    </w:p>
    <w:p w14:paraId="185CFD2E" w14:textId="77777777" w:rsidR="00DB51DE" w:rsidRPr="007C48B2" w:rsidRDefault="00000000">
      <w:pPr>
        <w:spacing w:before="100" w:after="20"/>
        <w:rPr>
          <w:sz w:val="24"/>
          <w:szCs w:val="24"/>
        </w:rPr>
      </w:pPr>
      <w:r w:rsidRPr="007C48B2">
        <w:rPr>
          <w:b/>
          <w:color w:val="1F4E79"/>
          <w:sz w:val="24"/>
          <w:szCs w:val="24"/>
        </w:rPr>
        <w:t>n8n AI Automation &amp; Integration Platform</w:t>
      </w:r>
      <w:r w:rsidRPr="007C48B2">
        <w:rPr>
          <w:i/>
          <w:sz w:val="24"/>
          <w:szCs w:val="24"/>
        </w:rPr>
        <w:t xml:space="preserve"> | AI Automation / Conversational AI</w:t>
      </w:r>
    </w:p>
    <w:p w14:paraId="426996C4" w14:textId="77777777" w:rsidR="00DB51DE" w:rsidRPr="007C48B2" w:rsidRDefault="00000000">
      <w:pPr>
        <w:spacing w:after="40"/>
        <w:rPr>
          <w:sz w:val="24"/>
          <w:szCs w:val="24"/>
        </w:rPr>
      </w:pPr>
      <w:r w:rsidRPr="007C48B2">
        <w:rPr>
          <w:b/>
          <w:sz w:val="24"/>
          <w:szCs w:val="24"/>
        </w:rPr>
        <w:t xml:space="preserve">Technology: </w:t>
      </w:r>
      <w:r w:rsidRPr="007C48B2">
        <w:rPr>
          <w:sz w:val="24"/>
          <w:szCs w:val="24"/>
        </w:rPr>
        <w:t>n8n, ChatGPT, Claude AI, MySQL, GitHub, Slack, RAG</w:t>
      </w:r>
    </w:p>
    <w:p w14:paraId="67C9BADD" w14:textId="77777777" w:rsidR="00DB51DE" w:rsidRPr="007C48B2" w:rsidRDefault="00000000">
      <w:pPr>
        <w:spacing w:after="40"/>
        <w:rPr>
          <w:sz w:val="24"/>
          <w:szCs w:val="24"/>
        </w:rPr>
      </w:pPr>
      <w:r w:rsidRPr="007C48B2">
        <w:rPr>
          <w:b/>
          <w:sz w:val="24"/>
          <w:szCs w:val="24"/>
        </w:rPr>
        <w:t xml:space="preserve">Role: </w:t>
      </w:r>
      <w:r w:rsidRPr="007C48B2">
        <w:rPr>
          <w:sz w:val="24"/>
          <w:szCs w:val="24"/>
        </w:rPr>
        <w:t>AI Automation / Workflow Developer</w:t>
      </w:r>
    </w:p>
    <w:p w14:paraId="41128C13" w14:textId="77777777" w:rsidR="00DB51DE" w:rsidRPr="007C48B2" w:rsidRDefault="00000000">
      <w:pPr>
        <w:spacing w:after="40"/>
        <w:rPr>
          <w:sz w:val="24"/>
          <w:szCs w:val="24"/>
        </w:rPr>
      </w:pPr>
      <w:r w:rsidRPr="007C48B2">
        <w:rPr>
          <w:b/>
          <w:sz w:val="24"/>
          <w:szCs w:val="24"/>
        </w:rPr>
        <w:t xml:space="preserve">Project Overview: </w:t>
      </w:r>
      <w:r w:rsidRPr="007C48B2">
        <w:rPr>
          <w:sz w:val="24"/>
          <w:szCs w:val="24"/>
        </w:rPr>
        <w:t>Created workflow-based automation using n8n to connect chat, communication channels, databases, source control and AI capabilities into an integrated workflow.</w:t>
      </w:r>
    </w:p>
    <w:p w14:paraId="7F947BEE" w14:textId="77777777" w:rsidR="00DB51DE" w:rsidRPr="007C48B2" w:rsidRDefault="00000000">
      <w:pPr>
        <w:spacing w:after="20"/>
        <w:rPr>
          <w:sz w:val="24"/>
          <w:szCs w:val="24"/>
        </w:rPr>
      </w:pPr>
      <w:r w:rsidRPr="007C48B2">
        <w:rPr>
          <w:b/>
          <w:sz w:val="24"/>
          <w:szCs w:val="24"/>
        </w:rPr>
        <w:t>Key Responsibilities:</w:t>
      </w:r>
    </w:p>
    <w:p w14:paraId="7E636127" w14:textId="77777777" w:rsidR="00DB51DE" w:rsidRPr="007C48B2" w:rsidRDefault="00000000">
      <w:pPr>
        <w:pStyle w:val="ListBullet"/>
        <w:spacing w:after="30"/>
        <w:ind w:left="288" w:hanging="173"/>
        <w:rPr>
          <w:sz w:val="24"/>
          <w:szCs w:val="24"/>
        </w:rPr>
      </w:pPr>
      <w:r w:rsidRPr="007C48B2">
        <w:rPr>
          <w:sz w:val="24"/>
          <w:szCs w:val="24"/>
        </w:rPr>
        <w:t>Created a Website Chat Integration workflow to support an AI-enabled chat experience.</w:t>
      </w:r>
    </w:p>
    <w:p w14:paraId="45931392" w14:textId="77777777" w:rsidR="00DB51DE" w:rsidRPr="007C48B2" w:rsidRDefault="00000000">
      <w:pPr>
        <w:pStyle w:val="ListBullet"/>
        <w:spacing w:after="30"/>
        <w:ind w:left="288" w:hanging="173"/>
        <w:rPr>
          <w:sz w:val="24"/>
          <w:szCs w:val="24"/>
        </w:rPr>
      </w:pPr>
      <w:r w:rsidRPr="007C48B2">
        <w:rPr>
          <w:sz w:val="24"/>
          <w:szCs w:val="24"/>
        </w:rPr>
        <w:t>Created Slack Integration workflows for communication and data exchange between Slack and downstream workflows.</w:t>
      </w:r>
    </w:p>
    <w:p w14:paraId="3662B25D" w14:textId="77777777" w:rsidR="00DB51DE" w:rsidRPr="007C48B2" w:rsidRDefault="00000000">
      <w:pPr>
        <w:pStyle w:val="ListBullet"/>
        <w:spacing w:after="30"/>
        <w:ind w:left="288" w:hanging="173"/>
        <w:rPr>
          <w:sz w:val="24"/>
          <w:szCs w:val="24"/>
        </w:rPr>
      </w:pPr>
      <w:r w:rsidRPr="007C48B2">
        <w:rPr>
          <w:sz w:val="24"/>
          <w:szCs w:val="24"/>
        </w:rPr>
        <w:t>Created MySQL Database Integration workflows for database connectivity and data retrieval/processing.</w:t>
      </w:r>
    </w:p>
    <w:p w14:paraId="036169F6" w14:textId="77777777" w:rsidR="00DB51DE" w:rsidRPr="007C48B2" w:rsidRDefault="00000000">
      <w:pPr>
        <w:pStyle w:val="ListBullet"/>
        <w:spacing w:after="30"/>
        <w:ind w:left="288" w:hanging="173"/>
        <w:rPr>
          <w:sz w:val="24"/>
          <w:szCs w:val="24"/>
        </w:rPr>
      </w:pPr>
      <w:r w:rsidRPr="007C48B2">
        <w:rPr>
          <w:sz w:val="24"/>
          <w:szCs w:val="24"/>
        </w:rPr>
        <w:t>Created GitHub Integration workflows for backup and workflow/data management.</w:t>
      </w:r>
    </w:p>
    <w:p w14:paraId="4B2AC37B" w14:textId="77777777" w:rsidR="00DB51DE" w:rsidRPr="007C48B2" w:rsidRDefault="00000000">
      <w:pPr>
        <w:pStyle w:val="ListBullet"/>
        <w:spacing w:after="30"/>
        <w:ind w:left="288" w:hanging="173"/>
        <w:rPr>
          <w:sz w:val="24"/>
          <w:szCs w:val="24"/>
        </w:rPr>
      </w:pPr>
      <w:r w:rsidRPr="007C48B2">
        <w:rPr>
          <w:sz w:val="24"/>
          <w:szCs w:val="24"/>
        </w:rPr>
        <w:t>Implemented RAG (Retrieval-Augmented Generation) workflow for retrieval-based AI responses.</w:t>
      </w:r>
    </w:p>
    <w:p w14:paraId="429A199A" w14:textId="77777777" w:rsidR="00DB51DE" w:rsidRPr="007C48B2" w:rsidRDefault="00000000">
      <w:pPr>
        <w:pStyle w:val="ListBullet"/>
        <w:spacing w:after="30"/>
        <w:ind w:left="288" w:hanging="173"/>
        <w:rPr>
          <w:sz w:val="24"/>
          <w:szCs w:val="24"/>
        </w:rPr>
      </w:pPr>
      <w:r w:rsidRPr="007C48B2">
        <w:rPr>
          <w:sz w:val="24"/>
          <w:szCs w:val="24"/>
        </w:rPr>
        <w:lastRenderedPageBreak/>
        <w:t>Integrated AI tools including ChatGPT and Claude AI into the automation workflow.</w:t>
      </w:r>
    </w:p>
    <w:p w14:paraId="2CD51392" w14:textId="77777777" w:rsidR="00DB51DE" w:rsidRPr="007C48B2" w:rsidRDefault="00000000">
      <w:pPr>
        <w:spacing w:after="20"/>
        <w:rPr>
          <w:sz w:val="24"/>
          <w:szCs w:val="24"/>
        </w:rPr>
      </w:pPr>
      <w:r w:rsidRPr="007C48B2">
        <w:rPr>
          <w:b/>
          <w:sz w:val="24"/>
          <w:szCs w:val="24"/>
        </w:rPr>
        <w:t>Key Features / Contributions:</w:t>
      </w:r>
    </w:p>
    <w:p w14:paraId="055C8DBA" w14:textId="77777777" w:rsidR="00DB51DE" w:rsidRPr="007C48B2" w:rsidRDefault="00000000">
      <w:pPr>
        <w:pStyle w:val="ListBullet"/>
        <w:spacing w:after="30"/>
        <w:ind w:left="288" w:hanging="173"/>
        <w:rPr>
          <w:sz w:val="24"/>
          <w:szCs w:val="24"/>
        </w:rPr>
      </w:pPr>
      <w:r w:rsidRPr="007C48B2">
        <w:rPr>
          <w:sz w:val="24"/>
          <w:szCs w:val="24"/>
        </w:rPr>
        <w:t>Website Chat Integration</w:t>
      </w:r>
    </w:p>
    <w:p w14:paraId="4AB5C933" w14:textId="77777777" w:rsidR="00DB51DE" w:rsidRPr="007C48B2" w:rsidRDefault="00000000">
      <w:pPr>
        <w:pStyle w:val="ListBullet"/>
        <w:spacing w:after="30"/>
        <w:ind w:left="288" w:hanging="173"/>
        <w:rPr>
          <w:sz w:val="24"/>
          <w:szCs w:val="24"/>
        </w:rPr>
      </w:pPr>
      <w:r w:rsidRPr="007C48B2">
        <w:rPr>
          <w:sz w:val="24"/>
          <w:szCs w:val="24"/>
        </w:rPr>
        <w:t>Slack Integration and Data Communication</w:t>
      </w:r>
    </w:p>
    <w:p w14:paraId="3AF47EF2" w14:textId="77777777" w:rsidR="00DB51DE" w:rsidRPr="007C48B2" w:rsidRDefault="00000000">
      <w:pPr>
        <w:pStyle w:val="ListBullet"/>
        <w:spacing w:after="30"/>
        <w:ind w:left="288" w:hanging="173"/>
        <w:rPr>
          <w:sz w:val="24"/>
          <w:szCs w:val="24"/>
        </w:rPr>
      </w:pPr>
      <w:r w:rsidRPr="007C48B2">
        <w:rPr>
          <w:sz w:val="24"/>
          <w:szCs w:val="24"/>
        </w:rPr>
        <w:t>MySQL Database Integration</w:t>
      </w:r>
    </w:p>
    <w:p w14:paraId="50B6E673" w14:textId="77777777" w:rsidR="00DB51DE" w:rsidRPr="007C48B2" w:rsidRDefault="00000000">
      <w:pPr>
        <w:pStyle w:val="ListBullet"/>
        <w:spacing w:after="30"/>
        <w:ind w:left="288" w:hanging="173"/>
        <w:rPr>
          <w:sz w:val="24"/>
          <w:szCs w:val="24"/>
        </w:rPr>
      </w:pPr>
      <w:r w:rsidRPr="007C48B2">
        <w:rPr>
          <w:sz w:val="24"/>
          <w:szCs w:val="24"/>
        </w:rPr>
        <w:t>GitHub Backup Integration</w:t>
      </w:r>
    </w:p>
    <w:p w14:paraId="13B3B022" w14:textId="77777777" w:rsidR="00DB51DE" w:rsidRPr="007C48B2" w:rsidRDefault="00000000">
      <w:pPr>
        <w:pStyle w:val="ListBullet"/>
        <w:spacing w:after="30"/>
        <w:ind w:left="288" w:hanging="173"/>
        <w:rPr>
          <w:sz w:val="24"/>
          <w:szCs w:val="24"/>
        </w:rPr>
      </w:pPr>
      <w:r w:rsidRPr="007C48B2">
        <w:rPr>
          <w:sz w:val="24"/>
          <w:szCs w:val="24"/>
        </w:rPr>
        <w:t>RAG Implementation</w:t>
      </w:r>
    </w:p>
    <w:p w14:paraId="6F78C078" w14:textId="10D1E5D2" w:rsidR="00DB51DE" w:rsidRPr="007C48B2" w:rsidRDefault="00000000">
      <w:pPr>
        <w:spacing w:before="100" w:after="20"/>
        <w:rPr>
          <w:sz w:val="24"/>
          <w:szCs w:val="24"/>
        </w:rPr>
      </w:pPr>
      <w:proofErr w:type="spellStart"/>
      <w:r w:rsidRPr="007C48B2">
        <w:rPr>
          <w:b/>
          <w:color w:val="1F4E79"/>
          <w:sz w:val="24"/>
          <w:szCs w:val="24"/>
        </w:rPr>
        <w:t>Agyield</w:t>
      </w:r>
      <w:proofErr w:type="spellEnd"/>
      <w:r w:rsidRPr="007C48B2">
        <w:rPr>
          <w:b/>
          <w:color w:val="1F4E79"/>
          <w:sz w:val="24"/>
          <w:szCs w:val="24"/>
        </w:rPr>
        <w:t xml:space="preserve"> / </w:t>
      </w:r>
      <w:r w:rsidR="007C48B2">
        <w:rPr>
          <w:b/>
          <w:color w:val="1F4E79"/>
          <w:sz w:val="24"/>
          <w:szCs w:val="24"/>
        </w:rPr>
        <w:t>Stock</w:t>
      </w:r>
      <w:r w:rsidRPr="007C48B2">
        <w:rPr>
          <w:b/>
          <w:color w:val="1F4E79"/>
          <w:sz w:val="24"/>
          <w:szCs w:val="24"/>
        </w:rPr>
        <w:t xml:space="preserve"> Market</w:t>
      </w:r>
      <w:r w:rsidRPr="007C48B2">
        <w:rPr>
          <w:i/>
          <w:sz w:val="24"/>
          <w:szCs w:val="24"/>
        </w:rPr>
        <w:t xml:space="preserve"> | Agriculture / Grain Marketing</w:t>
      </w:r>
    </w:p>
    <w:p w14:paraId="067CBDAC" w14:textId="5910D863" w:rsidR="00DB51DE" w:rsidRPr="007C48B2" w:rsidRDefault="00000000">
      <w:pPr>
        <w:spacing w:after="40"/>
        <w:rPr>
          <w:sz w:val="24"/>
          <w:szCs w:val="24"/>
        </w:rPr>
      </w:pPr>
      <w:r w:rsidRPr="007C48B2">
        <w:rPr>
          <w:b/>
          <w:sz w:val="24"/>
          <w:szCs w:val="24"/>
        </w:rPr>
        <w:t xml:space="preserve">Technology: </w:t>
      </w:r>
      <w:r w:rsidRPr="007C48B2">
        <w:rPr>
          <w:sz w:val="24"/>
          <w:szCs w:val="24"/>
        </w:rPr>
        <w:t>AngularJS, MySQL, Ionic</w:t>
      </w:r>
      <w:r w:rsidR="00934787">
        <w:rPr>
          <w:sz w:val="24"/>
          <w:szCs w:val="24"/>
        </w:rPr>
        <w:t>, NodeJS, Express JS</w:t>
      </w:r>
    </w:p>
    <w:p w14:paraId="7A852F8B" w14:textId="77777777" w:rsidR="00DB51DE" w:rsidRPr="007C48B2" w:rsidRDefault="00000000">
      <w:pPr>
        <w:spacing w:after="40"/>
        <w:rPr>
          <w:sz w:val="24"/>
          <w:szCs w:val="24"/>
        </w:rPr>
      </w:pPr>
      <w:r w:rsidRPr="007C48B2">
        <w:rPr>
          <w:b/>
          <w:sz w:val="24"/>
          <w:szCs w:val="24"/>
        </w:rPr>
        <w:t xml:space="preserve">Role: </w:t>
      </w:r>
      <w:r w:rsidRPr="007C48B2">
        <w:rPr>
          <w:sz w:val="24"/>
          <w:szCs w:val="24"/>
        </w:rPr>
        <w:t>Project Manager, Team Lead &amp; Developer</w:t>
      </w:r>
    </w:p>
    <w:p w14:paraId="627DF34F" w14:textId="77777777" w:rsidR="00DB51DE" w:rsidRPr="007C48B2" w:rsidRDefault="00000000">
      <w:pPr>
        <w:spacing w:after="40"/>
        <w:rPr>
          <w:sz w:val="24"/>
          <w:szCs w:val="24"/>
        </w:rPr>
      </w:pPr>
      <w:r w:rsidRPr="007C48B2">
        <w:rPr>
          <w:b/>
          <w:sz w:val="24"/>
          <w:szCs w:val="24"/>
        </w:rPr>
        <w:t xml:space="preserve">Project Overview: </w:t>
      </w:r>
      <w:r w:rsidRPr="007C48B2">
        <w:rPr>
          <w:sz w:val="24"/>
          <w:szCs w:val="24"/>
        </w:rPr>
        <w:t>Agyield combines proprietary technologies and industry-leading consulting to help take the guesswork out of grain marketing plans. The solution utilizes operational data to create, execute and monitor customized risk-management strategies for growers.</w:t>
      </w:r>
    </w:p>
    <w:p w14:paraId="14EC1BCE" w14:textId="77777777" w:rsidR="00DB51DE" w:rsidRPr="007C48B2" w:rsidRDefault="00000000">
      <w:pPr>
        <w:spacing w:after="20"/>
        <w:rPr>
          <w:sz w:val="24"/>
          <w:szCs w:val="24"/>
        </w:rPr>
      </w:pPr>
      <w:r w:rsidRPr="007C48B2">
        <w:rPr>
          <w:b/>
          <w:sz w:val="24"/>
          <w:szCs w:val="24"/>
        </w:rPr>
        <w:t>Key Responsibilities:</w:t>
      </w:r>
    </w:p>
    <w:p w14:paraId="40F37C36" w14:textId="77777777" w:rsidR="00DB51DE" w:rsidRPr="007C48B2" w:rsidRDefault="00000000">
      <w:pPr>
        <w:pStyle w:val="ListBullet"/>
        <w:spacing w:after="30"/>
        <w:ind w:left="288" w:hanging="173"/>
        <w:rPr>
          <w:sz w:val="24"/>
          <w:szCs w:val="24"/>
        </w:rPr>
      </w:pPr>
      <w:r w:rsidRPr="007C48B2">
        <w:rPr>
          <w:sz w:val="24"/>
          <w:szCs w:val="24"/>
        </w:rPr>
        <w:t>Handled developer, QA and mobile team coordination.</w:t>
      </w:r>
    </w:p>
    <w:p w14:paraId="57F0FD4E" w14:textId="77777777" w:rsidR="00DB51DE" w:rsidRPr="007C48B2" w:rsidRDefault="00000000">
      <w:pPr>
        <w:pStyle w:val="ListBullet"/>
        <w:spacing w:after="30"/>
        <w:ind w:left="288" w:hanging="173"/>
        <w:rPr>
          <w:sz w:val="24"/>
          <w:szCs w:val="24"/>
        </w:rPr>
      </w:pPr>
      <w:r w:rsidRPr="007C48B2">
        <w:rPr>
          <w:sz w:val="24"/>
          <w:szCs w:val="24"/>
        </w:rPr>
        <w:t>Participated in requirement discussions with the client.</w:t>
      </w:r>
    </w:p>
    <w:p w14:paraId="5332836F" w14:textId="77777777" w:rsidR="00DB51DE" w:rsidRPr="007C48B2" w:rsidRDefault="00000000">
      <w:pPr>
        <w:pStyle w:val="ListBullet"/>
        <w:spacing w:after="30"/>
        <w:ind w:left="288" w:hanging="173"/>
        <w:rPr>
          <w:sz w:val="24"/>
          <w:szCs w:val="24"/>
        </w:rPr>
      </w:pPr>
      <w:r w:rsidRPr="007C48B2">
        <w:rPr>
          <w:sz w:val="24"/>
          <w:szCs w:val="24"/>
        </w:rPr>
        <w:t>Managed development tasks and coordinated incremental delivery.</w:t>
      </w:r>
    </w:p>
    <w:p w14:paraId="53E91AF4" w14:textId="77777777" w:rsidR="00DB51DE" w:rsidRPr="007C48B2" w:rsidRDefault="00000000">
      <w:pPr>
        <w:pStyle w:val="ListBullet"/>
        <w:spacing w:after="30"/>
        <w:ind w:left="288" w:hanging="173"/>
        <w:rPr>
          <w:sz w:val="24"/>
          <w:szCs w:val="24"/>
        </w:rPr>
      </w:pPr>
      <w:r w:rsidRPr="007C48B2">
        <w:rPr>
          <w:sz w:val="24"/>
          <w:szCs w:val="24"/>
        </w:rPr>
        <w:t>Worked on frontend UI development and API development.</w:t>
      </w:r>
    </w:p>
    <w:p w14:paraId="30BBF67B" w14:textId="77777777" w:rsidR="00DB51DE" w:rsidRPr="007C48B2" w:rsidRDefault="00000000">
      <w:pPr>
        <w:pStyle w:val="ListBullet"/>
        <w:spacing w:after="30"/>
        <w:ind w:left="288" w:hanging="173"/>
        <w:rPr>
          <w:sz w:val="24"/>
          <w:szCs w:val="24"/>
        </w:rPr>
      </w:pPr>
      <w:r w:rsidRPr="007C48B2">
        <w:rPr>
          <w:sz w:val="24"/>
          <w:szCs w:val="24"/>
        </w:rPr>
        <w:t>Provided frontend support and contributed to technical delivery.</w:t>
      </w:r>
    </w:p>
    <w:p w14:paraId="35EB9F7B" w14:textId="77777777" w:rsidR="00DB51DE" w:rsidRPr="007C48B2" w:rsidRDefault="00000000">
      <w:pPr>
        <w:spacing w:before="100" w:after="20"/>
        <w:rPr>
          <w:sz w:val="24"/>
          <w:szCs w:val="24"/>
        </w:rPr>
      </w:pPr>
      <w:r w:rsidRPr="007C48B2">
        <w:rPr>
          <w:b/>
          <w:color w:val="1F4E79"/>
          <w:sz w:val="24"/>
          <w:szCs w:val="24"/>
        </w:rPr>
        <w:t>SBI E-Remit</w:t>
      </w:r>
      <w:r w:rsidRPr="007C48B2">
        <w:rPr>
          <w:i/>
          <w:sz w:val="24"/>
          <w:szCs w:val="24"/>
        </w:rPr>
        <w:t xml:space="preserve"> | Banking</w:t>
      </w:r>
    </w:p>
    <w:p w14:paraId="2B520082" w14:textId="77777777" w:rsidR="00DB51DE" w:rsidRPr="007C48B2" w:rsidRDefault="00000000">
      <w:pPr>
        <w:spacing w:after="40"/>
        <w:rPr>
          <w:sz w:val="24"/>
          <w:szCs w:val="24"/>
        </w:rPr>
      </w:pPr>
      <w:r w:rsidRPr="007C48B2">
        <w:rPr>
          <w:b/>
          <w:sz w:val="24"/>
          <w:szCs w:val="24"/>
        </w:rPr>
        <w:t xml:space="preserve">Technology: </w:t>
      </w:r>
      <w:r w:rsidRPr="007C48B2">
        <w:rPr>
          <w:sz w:val="24"/>
          <w:szCs w:val="24"/>
        </w:rPr>
        <w:t>Laravel, AngularJS, React, MySQL</w:t>
      </w:r>
    </w:p>
    <w:p w14:paraId="03EA585E" w14:textId="77777777" w:rsidR="00DB51DE" w:rsidRPr="007C48B2" w:rsidRDefault="00000000">
      <w:pPr>
        <w:spacing w:after="40"/>
        <w:rPr>
          <w:sz w:val="24"/>
          <w:szCs w:val="24"/>
        </w:rPr>
      </w:pPr>
      <w:r w:rsidRPr="007C48B2">
        <w:rPr>
          <w:b/>
          <w:sz w:val="24"/>
          <w:szCs w:val="24"/>
        </w:rPr>
        <w:t xml:space="preserve">Role: </w:t>
      </w:r>
      <w:r w:rsidRPr="007C48B2">
        <w:rPr>
          <w:sz w:val="24"/>
          <w:szCs w:val="24"/>
        </w:rPr>
        <w:t>Project Manager, Team Lead &amp; Developer</w:t>
      </w:r>
    </w:p>
    <w:p w14:paraId="504CB928" w14:textId="77777777" w:rsidR="00DB51DE" w:rsidRPr="007C48B2" w:rsidRDefault="00000000">
      <w:pPr>
        <w:spacing w:after="40"/>
        <w:rPr>
          <w:sz w:val="24"/>
          <w:szCs w:val="24"/>
        </w:rPr>
      </w:pPr>
      <w:r w:rsidRPr="007C48B2">
        <w:rPr>
          <w:b/>
          <w:sz w:val="24"/>
          <w:szCs w:val="24"/>
        </w:rPr>
        <w:t xml:space="preserve">Project Overview: </w:t>
      </w:r>
      <w:r w:rsidRPr="007C48B2">
        <w:rPr>
          <w:sz w:val="24"/>
          <w:szCs w:val="24"/>
        </w:rPr>
        <w:t>A live banking product supporting online money transfers from AUD to USD, EUR, NZD, CAD and INR through a simple transfer process. The product focuses on providing competitive exchange rates and low-fee money transfer services.</w:t>
      </w:r>
    </w:p>
    <w:p w14:paraId="2A68176A" w14:textId="77777777" w:rsidR="00DB51DE" w:rsidRPr="007C48B2" w:rsidRDefault="00000000">
      <w:pPr>
        <w:spacing w:after="20"/>
        <w:rPr>
          <w:sz w:val="24"/>
          <w:szCs w:val="24"/>
        </w:rPr>
      </w:pPr>
      <w:r w:rsidRPr="007C48B2">
        <w:rPr>
          <w:b/>
          <w:sz w:val="24"/>
          <w:szCs w:val="24"/>
        </w:rPr>
        <w:t>Key Responsibilities:</w:t>
      </w:r>
    </w:p>
    <w:p w14:paraId="7656F5DA" w14:textId="77777777" w:rsidR="00DB51DE" w:rsidRPr="007C48B2" w:rsidRDefault="00000000">
      <w:pPr>
        <w:pStyle w:val="ListBullet"/>
        <w:spacing w:after="30"/>
        <w:ind w:left="288" w:hanging="173"/>
        <w:rPr>
          <w:sz w:val="24"/>
          <w:szCs w:val="24"/>
        </w:rPr>
      </w:pPr>
      <w:r w:rsidRPr="007C48B2">
        <w:rPr>
          <w:sz w:val="24"/>
          <w:szCs w:val="24"/>
        </w:rPr>
        <w:t>Handled client requirement discussions and technical coordination.</w:t>
      </w:r>
    </w:p>
    <w:p w14:paraId="01229CD1" w14:textId="77777777" w:rsidR="00DB51DE" w:rsidRPr="007C48B2" w:rsidRDefault="00000000">
      <w:pPr>
        <w:pStyle w:val="ListBullet"/>
        <w:spacing w:after="30"/>
        <w:ind w:left="288" w:hanging="173"/>
        <w:rPr>
          <w:sz w:val="24"/>
          <w:szCs w:val="24"/>
        </w:rPr>
      </w:pPr>
      <w:r w:rsidRPr="007C48B2">
        <w:rPr>
          <w:sz w:val="24"/>
          <w:szCs w:val="24"/>
        </w:rPr>
        <w:t>Managed development tasks and API development.</w:t>
      </w:r>
    </w:p>
    <w:p w14:paraId="27E6B1B4" w14:textId="77777777" w:rsidR="00DB51DE" w:rsidRPr="007C48B2" w:rsidRDefault="00000000">
      <w:pPr>
        <w:pStyle w:val="ListBullet"/>
        <w:spacing w:after="30"/>
        <w:ind w:left="288" w:hanging="173"/>
        <w:rPr>
          <w:sz w:val="24"/>
          <w:szCs w:val="24"/>
        </w:rPr>
      </w:pPr>
      <w:r w:rsidRPr="007C48B2">
        <w:rPr>
          <w:sz w:val="24"/>
          <w:szCs w:val="24"/>
        </w:rPr>
        <w:t>Supported frontend development and integration.</w:t>
      </w:r>
    </w:p>
    <w:p w14:paraId="583C0D93" w14:textId="77777777" w:rsidR="00DB51DE" w:rsidRPr="007C48B2" w:rsidRDefault="00000000">
      <w:pPr>
        <w:pStyle w:val="ListBullet"/>
        <w:spacing w:after="30"/>
        <w:ind w:left="288" w:hanging="173"/>
        <w:rPr>
          <w:sz w:val="24"/>
          <w:szCs w:val="24"/>
        </w:rPr>
      </w:pPr>
      <w:r w:rsidRPr="007C48B2">
        <w:rPr>
          <w:sz w:val="24"/>
          <w:szCs w:val="24"/>
        </w:rPr>
        <w:t>Participated in delivery and project-level coordination.</w:t>
      </w:r>
    </w:p>
    <w:p w14:paraId="12E194D0" w14:textId="77777777" w:rsidR="00DB51DE" w:rsidRPr="007C48B2" w:rsidRDefault="00000000">
      <w:pPr>
        <w:spacing w:before="100" w:after="20"/>
        <w:rPr>
          <w:sz w:val="24"/>
          <w:szCs w:val="24"/>
        </w:rPr>
      </w:pPr>
      <w:r w:rsidRPr="007C48B2">
        <w:rPr>
          <w:b/>
          <w:color w:val="1F4E79"/>
          <w:sz w:val="24"/>
          <w:szCs w:val="24"/>
        </w:rPr>
        <w:t>Renterval</w:t>
      </w:r>
      <w:r w:rsidRPr="007C48B2">
        <w:rPr>
          <w:i/>
          <w:sz w:val="24"/>
          <w:szCs w:val="24"/>
        </w:rPr>
        <w:t xml:space="preserve"> | E-Commerce &amp; Finance</w:t>
      </w:r>
    </w:p>
    <w:p w14:paraId="7316A79B" w14:textId="77777777" w:rsidR="00DB51DE" w:rsidRPr="007C48B2" w:rsidRDefault="00000000">
      <w:pPr>
        <w:spacing w:after="40"/>
        <w:rPr>
          <w:sz w:val="24"/>
          <w:szCs w:val="24"/>
        </w:rPr>
      </w:pPr>
      <w:r w:rsidRPr="007C48B2">
        <w:rPr>
          <w:b/>
          <w:sz w:val="24"/>
          <w:szCs w:val="24"/>
        </w:rPr>
        <w:t xml:space="preserve">Technology: </w:t>
      </w:r>
      <w:r w:rsidRPr="007C48B2">
        <w:rPr>
          <w:sz w:val="24"/>
          <w:szCs w:val="24"/>
        </w:rPr>
        <w:t>Laravel, AngularJS, MySQL, DataTables, Authorize.Net, Twilio SMS Gateway</w:t>
      </w:r>
    </w:p>
    <w:p w14:paraId="4728E06A" w14:textId="77777777" w:rsidR="00DB51DE" w:rsidRPr="007C48B2" w:rsidRDefault="00000000">
      <w:pPr>
        <w:spacing w:after="40"/>
        <w:rPr>
          <w:sz w:val="24"/>
          <w:szCs w:val="24"/>
        </w:rPr>
      </w:pPr>
      <w:r w:rsidRPr="007C48B2">
        <w:rPr>
          <w:b/>
          <w:sz w:val="24"/>
          <w:szCs w:val="24"/>
        </w:rPr>
        <w:t xml:space="preserve">Role: </w:t>
      </w:r>
      <w:r w:rsidRPr="007C48B2">
        <w:rPr>
          <w:sz w:val="24"/>
          <w:szCs w:val="24"/>
        </w:rPr>
        <w:t>Developer</w:t>
      </w:r>
    </w:p>
    <w:p w14:paraId="06362D22" w14:textId="77777777" w:rsidR="00DB51DE" w:rsidRPr="007C48B2" w:rsidRDefault="00000000">
      <w:pPr>
        <w:spacing w:after="40"/>
        <w:rPr>
          <w:sz w:val="24"/>
          <w:szCs w:val="24"/>
        </w:rPr>
      </w:pPr>
      <w:r w:rsidRPr="007C48B2">
        <w:rPr>
          <w:b/>
          <w:sz w:val="24"/>
          <w:szCs w:val="24"/>
        </w:rPr>
        <w:t xml:space="preserve">Project Overview: </w:t>
      </w:r>
      <w:r w:rsidRPr="007C48B2">
        <w:rPr>
          <w:sz w:val="24"/>
          <w:szCs w:val="24"/>
        </w:rPr>
        <w:t>A large, live multi-store online rental platform designed to make it easier for individuals and rental businesses to manage and rent products online.</w:t>
      </w:r>
    </w:p>
    <w:p w14:paraId="676E3708" w14:textId="77777777" w:rsidR="00DB51DE" w:rsidRPr="007C48B2" w:rsidRDefault="00000000">
      <w:pPr>
        <w:spacing w:after="20"/>
        <w:rPr>
          <w:sz w:val="24"/>
          <w:szCs w:val="24"/>
        </w:rPr>
      </w:pPr>
      <w:r w:rsidRPr="007C48B2">
        <w:rPr>
          <w:b/>
          <w:sz w:val="24"/>
          <w:szCs w:val="24"/>
        </w:rPr>
        <w:t>Key Responsibilities:</w:t>
      </w:r>
    </w:p>
    <w:p w14:paraId="0A422B44" w14:textId="77777777" w:rsidR="00DB51DE" w:rsidRPr="007C48B2" w:rsidRDefault="00000000">
      <w:pPr>
        <w:pStyle w:val="ListBullet"/>
        <w:spacing w:after="30"/>
        <w:ind w:left="288" w:hanging="173"/>
        <w:rPr>
          <w:sz w:val="24"/>
          <w:szCs w:val="24"/>
        </w:rPr>
      </w:pPr>
      <w:r w:rsidRPr="007C48B2">
        <w:rPr>
          <w:sz w:val="24"/>
          <w:szCs w:val="24"/>
        </w:rPr>
        <w:t>Worked on application development and project functionality.</w:t>
      </w:r>
    </w:p>
    <w:p w14:paraId="27827EC3" w14:textId="77777777" w:rsidR="00DB51DE" w:rsidRPr="007C48B2" w:rsidRDefault="00000000">
      <w:pPr>
        <w:pStyle w:val="ListBullet"/>
        <w:spacing w:after="30"/>
        <w:ind w:left="288" w:hanging="173"/>
        <w:rPr>
          <w:sz w:val="24"/>
          <w:szCs w:val="24"/>
        </w:rPr>
      </w:pPr>
      <w:r w:rsidRPr="007C48B2">
        <w:rPr>
          <w:sz w:val="24"/>
          <w:szCs w:val="24"/>
        </w:rPr>
        <w:t>Handled client communication and supported requested changes.</w:t>
      </w:r>
    </w:p>
    <w:p w14:paraId="5445B503" w14:textId="77777777" w:rsidR="00DB51DE" w:rsidRPr="007C48B2" w:rsidRDefault="00000000">
      <w:pPr>
        <w:pStyle w:val="ListBullet"/>
        <w:spacing w:after="30"/>
        <w:ind w:left="288" w:hanging="173"/>
        <w:rPr>
          <w:sz w:val="24"/>
          <w:szCs w:val="24"/>
        </w:rPr>
      </w:pPr>
      <w:r w:rsidRPr="007C48B2">
        <w:rPr>
          <w:sz w:val="24"/>
          <w:szCs w:val="24"/>
        </w:rPr>
        <w:lastRenderedPageBreak/>
        <w:t>Worked across backend, frontend and supporting integrations.</w:t>
      </w:r>
    </w:p>
    <w:p w14:paraId="113E1A72" w14:textId="77777777" w:rsidR="00DB51DE" w:rsidRPr="007C48B2" w:rsidRDefault="00000000">
      <w:pPr>
        <w:spacing w:before="100" w:after="20"/>
        <w:rPr>
          <w:sz w:val="24"/>
          <w:szCs w:val="24"/>
        </w:rPr>
      </w:pPr>
      <w:r w:rsidRPr="007C48B2">
        <w:rPr>
          <w:b/>
          <w:color w:val="1F4E79"/>
          <w:sz w:val="24"/>
          <w:szCs w:val="24"/>
        </w:rPr>
        <w:t>DivideBuy</w:t>
      </w:r>
      <w:r w:rsidRPr="007C48B2">
        <w:rPr>
          <w:i/>
          <w:sz w:val="24"/>
          <w:szCs w:val="24"/>
        </w:rPr>
        <w:t xml:space="preserve"> | Financial &amp; Accounting E-Commerce</w:t>
      </w:r>
    </w:p>
    <w:p w14:paraId="16893F8A" w14:textId="77777777" w:rsidR="00DB51DE" w:rsidRPr="007C48B2" w:rsidRDefault="00000000">
      <w:pPr>
        <w:spacing w:after="40"/>
        <w:rPr>
          <w:sz w:val="24"/>
          <w:szCs w:val="24"/>
        </w:rPr>
      </w:pPr>
      <w:r w:rsidRPr="007C48B2">
        <w:rPr>
          <w:b/>
          <w:sz w:val="24"/>
          <w:szCs w:val="24"/>
        </w:rPr>
        <w:t xml:space="preserve">Technology: </w:t>
      </w:r>
      <w:r w:rsidRPr="007C48B2">
        <w:rPr>
          <w:sz w:val="24"/>
          <w:szCs w:val="24"/>
        </w:rPr>
        <w:t>Laravel, AngularJS, MongoDB, MySQL, DataTables</w:t>
      </w:r>
    </w:p>
    <w:p w14:paraId="2A57467C" w14:textId="77777777" w:rsidR="00DB51DE" w:rsidRPr="007C48B2" w:rsidRDefault="00000000">
      <w:pPr>
        <w:spacing w:after="40"/>
        <w:rPr>
          <w:sz w:val="24"/>
          <w:szCs w:val="24"/>
        </w:rPr>
      </w:pPr>
      <w:r w:rsidRPr="007C48B2">
        <w:rPr>
          <w:b/>
          <w:sz w:val="24"/>
          <w:szCs w:val="24"/>
        </w:rPr>
        <w:t xml:space="preserve">Role: </w:t>
      </w:r>
      <w:r w:rsidRPr="007C48B2">
        <w:rPr>
          <w:sz w:val="24"/>
          <w:szCs w:val="24"/>
        </w:rPr>
        <w:t>Developer &amp; Client Support</w:t>
      </w:r>
    </w:p>
    <w:p w14:paraId="7137C31C" w14:textId="77777777" w:rsidR="00DB51DE" w:rsidRPr="007C48B2" w:rsidRDefault="00000000">
      <w:pPr>
        <w:spacing w:after="40"/>
        <w:rPr>
          <w:sz w:val="24"/>
          <w:szCs w:val="24"/>
        </w:rPr>
      </w:pPr>
      <w:r w:rsidRPr="007C48B2">
        <w:rPr>
          <w:b/>
          <w:sz w:val="24"/>
          <w:szCs w:val="24"/>
        </w:rPr>
        <w:t xml:space="preserve">Project Overview: </w:t>
      </w:r>
      <w:r w:rsidRPr="007C48B2">
        <w:rPr>
          <w:sz w:val="24"/>
          <w:szCs w:val="24"/>
        </w:rPr>
        <w:t>A financial and accounting e-commerce solution with backend functionality and installment-related processing.</w:t>
      </w:r>
    </w:p>
    <w:p w14:paraId="0344EEA1" w14:textId="77777777" w:rsidR="00DB51DE" w:rsidRPr="007C48B2" w:rsidRDefault="00000000">
      <w:pPr>
        <w:spacing w:after="20"/>
        <w:rPr>
          <w:sz w:val="24"/>
          <w:szCs w:val="24"/>
        </w:rPr>
      </w:pPr>
      <w:r w:rsidRPr="007C48B2">
        <w:rPr>
          <w:b/>
          <w:sz w:val="24"/>
          <w:szCs w:val="24"/>
        </w:rPr>
        <w:t>Key Responsibilities:</w:t>
      </w:r>
    </w:p>
    <w:p w14:paraId="068347DF" w14:textId="77777777" w:rsidR="00DB51DE" w:rsidRPr="007C48B2" w:rsidRDefault="00000000">
      <w:pPr>
        <w:pStyle w:val="ListBullet"/>
        <w:spacing w:after="30"/>
        <w:ind w:left="288" w:hanging="173"/>
        <w:rPr>
          <w:sz w:val="24"/>
          <w:szCs w:val="24"/>
        </w:rPr>
      </w:pPr>
      <w:r w:rsidRPr="007C48B2">
        <w:rPr>
          <w:sz w:val="24"/>
          <w:szCs w:val="24"/>
        </w:rPr>
        <w:t>Developed backend functionality.</w:t>
      </w:r>
    </w:p>
    <w:p w14:paraId="7568DE06" w14:textId="77777777" w:rsidR="00DB51DE" w:rsidRPr="007C48B2" w:rsidRDefault="00000000">
      <w:pPr>
        <w:pStyle w:val="ListBullet"/>
        <w:spacing w:after="30"/>
        <w:ind w:left="288" w:hanging="173"/>
        <w:rPr>
          <w:sz w:val="24"/>
          <w:szCs w:val="24"/>
        </w:rPr>
      </w:pPr>
      <w:r w:rsidRPr="007C48B2">
        <w:rPr>
          <w:sz w:val="24"/>
          <w:szCs w:val="24"/>
        </w:rPr>
        <w:t>Provided client support for issues and functionality.</w:t>
      </w:r>
    </w:p>
    <w:p w14:paraId="531A7CDD" w14:textId="77777777" w:rsidR="00DB51DE" w:rsidRPr="007C48B2" w:rsidRDefault="00000000">
      <w:pPr>
        <w:pStyle w:val="ListBullet"/>
        <w:spacing w:after="30"/>
        <w:ind w:left="288" w:hanging="173"/>
        <w:rPr>
          <w:sz w:val="24"/>
          <w:szCs w:val="24"/>
        </w:rPr>
      </w:pPr>
      <w:r w:rsidRPr="007C48B2">
        <w:rPr>
          <w:sz w:val="24"/>
          <w:szCs w:val="24"/>
        </w:rPr>
        <w:t>Developed cron-based processing for installment collection.</w:t>
      </w:r>
    </w:p>
    <w:p w14:paraId="6F6FC437" w14:textId="77777777" w:rsidR="00DB51DE" w:rsidRPr="007C48B2" w:rsidRDefault="00000000">
      <w:pPr>
        <w:spacing w:before="100" w:after="20"/>
        <w:rPr>
          <w:sz w:val="24"/>
          <w:szCs w:val="24"/>
        </w:rPr>
      </w:pPr>
      <w:r w:rsidRPr="007C48B2">
        <w:rPr>
          <w:b/>
          <w:color w:val="1F4E79"/>
          <w:sz w:val="24"/>
          <w:szCs w:val="24"/>
        </w:rPr>
        <w:t>Task Management System</w:t>
      </w:r>
      <w:r w:rsidRPr="007C48B2">
        <w:rPr>
          <w:i/>
          <w:sz w:val="24"/>
          <w:szCs w:val="24"/>
        </w:rPr>
        <w:t xml:space="preserve"> | Task Management</w:t>
      </w:r>
    </w:p>
    <w:p w14:paraId="2DC76C01" w14:textId="23580394" w:rsidR="00DB51DE" w:rsidRPr="007C48B2" w:rsidRDefault="00000000">
      <w:pPr>
        <w:spacing w:after="40"/>
        <w:rPr>
          <w:sz w:val="24"/>
          <w:szCs w:val="24"/>
        </w:rPr>
      </w:pPr>
      <w:r w:rsidRPr="007C48B2">
        <w:rPr>
          <w:b/>
          <w:sz w:val="24"/>
          <w:szCs w:val="24"/>
        </w:rPr>
        <w:t xml:space="preserve">Technology: </w:t>
      </w:r>
      <w:proofErr w:type="spellStart"/>
      <w:proofErr w:type="gramStart"/>
      <w:r w:rsidR="00934787">
        <w:rPr>
          <w:sz w:val="24"/>
          <w:szCs w:val="24"/>
        </w:rPr>
        <w:t>NodeJS,Express</w:t>
      </w:r>
      <w:proofErr w:type="spellEnd"/>
      <w:proofErr w:type="gramEnd"/>
      <w:r w:rsidR="00934787">
        <w:rPr>
          <w:sz w:val="24"/>
          <w:szCs w:val="24"/>
        </w:rPr>
        <w:t xml:space="preserve"> JS, Angular </w:t>
      </w:r>
      <w:proofErr w:type="spellStart"/>
      <w:r w:rsidR="00934787">
        <w:rPr>
          <w:sz w:val="24"/>
          <w:szCs w:val="24"/>
        </w:rPr>
        <w:t>Js</w:t>
      </w:r>
      <w:proofErr w:type="spellEnd"/>
      <w:r w:rsidRPr="007C48B2">
        <w:rPr>
          <w:sz w:val="24"/>
          <w:szCs w:val="24"/>
        </w:rPr>
        <w:t xml:space="preserve">, MySQL, </w:t>
      </w:r>
      <w:proofErr w:type="spellStart"/>
      <w:r w:rsidRPr="007C48B2">
        <w:rPr>
          <w:sz w:val="24"/>
          <w:szCs w:val="24"/>
        </w:rPr>
        <w:t>DataTables</w:t>
      </w:r>
      <w:proofErr w:type="spellEnd"/>
    </w:p>
    <w:p w14:paraId="56872187" w14:textId="77777777" w:rsidR="00DB51DE" w:rsidRPr="007C48B2" w:rsidRDefault="00000000">
      <w:pPr>
        <w:spacing w:after="40"/>
        <w:rPr>
          <w:sz w:val="24"/>
          <w:szCs w:val="24"/>
        </w:rPr>
      </w:pPr>
      <w:r w:rsidRPr="007C48B2">
        <w:rPr>
          <w:b/>
          <w:sz w:val="24"/>
          <w:szCs w:val="24"/>
        </w:rPr>
        <w:t xml:space="preserve">Role: </w:t>
      </w:r>
      <w:r w:rsidRPr="007C48B2">
        <w:rPr>
          <w:sz w:val="24"/>
          <w:szCs w:val="24"/>
        </w:rPr>
        <w:t>Dedicated Developer</w:t>
      </w:r>
    </w:p>
    <w:p w14:paraId="191E169B" w14:textId="77777777" w:rsidR="00DB51DE" w:rsidRPr="007C48B2" w:rsidRDefault="00000000">
      <w:pPr>
        <w:spacing w:after="40"/>
        <w:rPr>
          <w:sz w:val="24"/>
          <w:szCs w:val="24"/>
        </w:rPr>
      </w:pPr>
      <w:r w:rsidRPr="007C48B2">
        <w:rPr>
          <w:b/>
          <w:sz w:val="24"/>
          <w:szCs w:val="24"/>
        </w:rPr>
        <w:t xml:space="preserve">Project Overview: </w:t>
      </w:r>
      <w:r w:rsidRPr="007C48B2">
        <w:rPr>
          <w:sz w:val="24"/>
          <w:szCs w:val="24"/>
        </w:rPr>
        <w:t>An in-house task-management product designed for multiple companies to manage employees and tasks. Users can create tasks, assign them to themselves or other users within their company, add notes and subtasks, and track task progress.</w:t>
      </w:r>
    </w:p>
    <w:p w14:paraId="3255F4A1" w14:textId="77777777" w:rsidR="00DB51DE" w:rsidRPr="007C48B2" w:rsidRDefault="00000000">
      <w:pPr>
        <w:spacing w:after="20"/>
        <w:rPr>
          <w:sz w:val="24"/>
          <w:szCs w:val="24"/>
        </w:rPr>
      </w:pPr>
      <w:r w:rsidRPr="007C48B2">
        <w:rPr>
          <w:b/>
          <w:sz w:val="24"/>
          <w:szCs w:val="24"/>
        </w:rPr>
        <w:t>Key Responsibilities:</w:t>
      </w:r>
    </w:p>
    <w:p w14:paraId="2696806F" w14:textId="77777777" w:rsidR="00DB51DE" w:rsidRPr="007C48B2" w:rsidRDefault="00000000">
      <w:pPr>
        <w:pStyle w:val="ListBullet"/>
        <w:spacing w:after="30"/>
        <w:ind w:left="288" w:hanging="173"/>
        <w:rPr>
          <w:sz w:val="24"/>
          <w:szCs w:val="24"/>
        </w:rPr>
      </w:pPr>
      <w:r w:rsidRPr="007C48B2">
        <w:rPr>
          <w:sz w:val="24"/>
          <w:szCs w:val="24"/>
        </w:rPr>
        <w:t>Handled the project from scratch, including wireframes, database design, development, testing, release and APIs.</w:t>
      </w:r>
    </w:p>
    <w:p w14:paraId="76C9E1C9" w14:textId="77777777" w:rsidR="00DB51DE" w:rsidRPr="007C48B2" w:rsidRDefault="00000000">
      <w:pPr>
        <w:pStyle w:val="ListBullet"/>
        <w:spacing w:after="30"/>
        <w:ind w:left="288" w:hanging="173"/>
        <w:rPr>
          <w:sz w:val="24"/>
          <w:szCs w:val="24"/>
        </w:rPr>
      </w:pPr>
      <w:r w:rsidRPr="007C48B2">
        <w:rPr>
          <w:sz w:val="24"/>
          <w:szCs w:val="24"/>
        </w:rPr>
        <w:t>Supported multi-company management and timezone-wise management.</w:t>
      </w:r>
    </w:p>
    <w:p w14:paraId="39E7D674" w14:textId="77777777" w:rsidR="00DB51DE" w:rsidRPr="007C48B2" w:rsidRDefault="00000000">
      <w:pPr>
        <w:pStyle w:val="ListBullet"/>
        <w:spacing w:after="30"/>
        <w:ind w:left="288" w:hanging="173"/>
        <w:rPr>
          <w:sz w:val="24"/>
          <w:szCs w:val="24"/>
        </w:rPr>
      </w:pPr>
      <w:r w:rsidRPr="007C48B2">
        <w:rPr>
          <w:sz w:val="24"/>
          <w:szCs w:val="24"/>
        </w:rPr>
        <w:t>Implemented task creation and task management workflows.</w:t>
      </w:r>
    </w:p>
    <w:p w14:paraId="0E1AF27D" w14:textId="77777777" w:rsidR="00DB51DE" w:rsidRPr="007C48B2" w:rsidRDefault="00000000">
      <w:pPr>
        <w:pStyle w:val="ListBullet"/>
        <w:spacing w:after="30"/>
        <w:ind w:left="288" w:hanging="173"/>
        <w:rPr>
          <w:sz w:val="24"/>
          <w:szCs w:val="24"/>
        </w:rPr>
      </w:pPr>
      <w:r w:rsidRPr="007C48B2">
        <w:rPr>
          <w:sz w:val="24"/>
          <w:szCs w:val="24"/>
        </w:rPr>
        <w:t>Supported notes, subtasks and percentage-based task progress.</w:t>
      </w:r>
    </w:p>
    <w:p w14:paraId="3AD570CA" w14:textId="77777777" w:rsidR="00DB51DE" w:rsidRDefault="00000000">
      <w:pPr>
        <w:pStyle w:val="ListBullet"/>
        <w:spacing w:after="30"/>
        <w:ind w:left="288" w:hanging="173"/>
        <w:rPr>
          <w:sz w:val="24"/>
          <w:szCs w:val="24"/>
        </w:rPr>
      </w:pPr>
      <w:r w:rsidRPr="007C48B2">
        <w:rPr>
          <w:sz w:val="24"/>
          <w:szCs w:val="24"/>
        </w:rPr>
        <w:t>Worked on email notifications, task summaries and import/export functionality.</w:t>
      </w:r>
    </w:p>
    <w:p w14:paraId="0E5BBE0B" w14:textId="77777777" w:rsidR="007C48B2" w:rsidRPr="007C48B2" w:rsidRDefault="007C48B2" w:rsidP="007C48B2">
      <w:pPr>
        <w:pStyle w:val="ListBullet"/>
        <w:numPr>
          <w:ilvl w:val="0"/>
          <w:numId w:val="0"/>
        </w:numPr>
        <w:spacing w:after="30"/>
        <w:ind w:left="288"/>
        <w:rPr>
          <w:sz w:val="24"/>
          <w:szCs w:val="24"/>
        </w:rPr>
      </w:pPr>
    </w:p>
    <w:p w14:paraId="2954C4E2" w14:textId="77777777" w:rsidR="00DB51DE" w:rsidRPr="007C48B2" w:rsidRDefault="00000000">
      <w:pPr>
        <w:pStyle w:val="Heading1"/>
        <w:rPr>
          <w:szCs w:val="24"/>
        </w:rPr>
      </w:pPr>
      <w:r w:rsidRPr="007C48B2">
        <w:rPr>
          <w:szCs w:val="24"/>
        </w:rPr>
        <w:t>PROJECT SUMMARY</w:t>
      </w:r>
    </w:p>
    <w:p w14:paraId="3411E13A" w14:textId="521A4862" w:rsidR="00DB51DE" w:rsidRPr="007C48B2" w:rsidRDefault="00000000">
      <w:pPr>
        <w:spacing w:after="40"/>
        <w:rPr>
          <w:sz w:val="24"/>
          <w:szCs w:val="24"/>
        </w:rPr>
      </w:pPr>
      <w:r w:rsidRPr="007C48B2">
        <w:rPr>
          <w:b/>
          <w:sz w:val="24"/>
          <w:szCs w:val="24"/>
        </w:rPr>
        <w:t xml:space="preserve">Agyield: </w:t>
      </w:r>
      <w:r w:rsidRPr="007C48B2">
        <w:rPr>
          <w:sz w:val="24"/>
          <w:szCs w:val="24"/>
        </w:rPr>
        <w:t>AngularJS, MySQL, Ionic</w:t>
      </w:r>
      <w:r w:rsidR="007C48B2">
        <w:rPr>
          <w:sz w:val="24"/>
          <w:szCs w:val="24"/>
        </w:rPr>
        <w:t>, NodeJS, Express JS</w:t>
      </w:r>
    </w:p>
    <w:p w14:paraId="2CFA40B8" w14:textId="77777777" w:rsidR="00DB51DE" w:rsidRPr="007C48B2" w:rsidRDefault="00000000">
      <w:pPr>
        <w:spacing w:after="40"/>
        <w:rPr>
          <w:sz w:val="24"/>
          <w:szCs w:val="24"/>
        </w:rPr>
      </w:pPr>
      <w:r w:rsidRPr="007C48B2">
        <w:rPr>
          <w:b/>
          <w:sz w:val="24"/>
          <w:szCs w:val="24"/>
        </w:rPr>
        <w:t xml:space="preserve">SBI E-Remit: </w:t>
      </w:r>
      <w:r w:rsidRPr="007C48B2">
        <w:rPr>
          <w:sz w:val="24"/>
          <w:szCs w:val="24"/>
        </w:rPr>
        <w:t>Laravel, AngularJS, React, MySQL</w:t>
      </w:r>
    </w:p>
    <w:p w14:paraId="179193BC" w14:textId="77777777" w:rsidR="00DB51DE" w:rsidRPr="007C48B2" w:rsidRDefault="00000000">
      <w:pPr>
        <w:spacing w:after="40"/>
        <w:rPr>
          <w:sz w:val="24"/>
          <w:szCs w:val="24"/>
        </w:rPr>
      </w:pPr>
      <w:r w:rsidRPr="007C48B2">
        <w:rPr>
          <w:b/>
          <w:sz w:val="24"/>
          <w:szCs w:val="24"/>
        </w:rPr>
        <w:t xml:space="preserve">DivideBuy: </w:t>
      </w:r>
      <w:r w:rsidRPr="007C48B2">
        <w:rPr>
          <w:sz w:val="24"/>
          <w:szCs w:val="24"/>
        </w:rPr>
        <w:t>Laravel, AngularJS, MongoDB, MySQL</w:t>
      </w:r>
    </w:p>
    <w:p w14:paraId="46DD5250" w14:textId="77777777" w:rsidR="00DB51DE" w:rsidRPr="007C48B2" w:rsidRDefault="00000000">
      <w:pPr>
        <w:spacing w:after="40"/>
        <w:rPr>
          <w:sz w:val="24"/>
          <w:szCs w:val="24"/>
        </w:rPr>
      </w:pPr>
      <w:proofErr w:type="spellStart"/>
      <w:r w:rsidRPr="007C48B2">
        <w:rPr>
          <w:b/>
          <w:sz w:val="24"/>
          <w:szCs w:val="24"/>
        </w:rPr>
        <w:t>Renterval</w:t>
      </w:r>
      <w:proofErr w:type="spellEnd"/>
      <w:r w:rsidRPr="007C48B2">
        <w:rPr>
          <w:b/>
          <w:sz w:val="24"/>
          <w:szCs w:val="24"/>
        </w:rPr>
        <w:t xml:space="preserve">: </w:t>
      </w:r>
      <w:proofErr w:type="spellStart"/>
      <w:r w:rsidRPr="007C48B2">
        <w:rPr>
          <w:sz w:val="24"/>
          <w:szCs w:val="24"/>
        </w:rPr>
        <w:t>CakePHP</w:t>
      </w:r>
      <w:proofErr w:type="spellEnd"/>
      <w:r w:rsidRPr="007C48B2">
        <w:rPr>
          <w:sz w:val="24"/>
          <w:szCs w:val="24"/>
        </w:rPr>
        <w:t>/Laravel ecosystem, AngularJS, MySQL</w:t>
      </w:r>
    </w:p>
    <w:p w14:paraId="58E6FF7F" w14:textId="4CFAEF43" w:rsidR="00DB51DE" w:rsidRPr="007C48B2" w:rsidRDefault="00000000">
      <w:pPr>
        <w:spacing w:after="40"/>
        <w:rPr>
          <w:sz w:val="24"/>
          <w:szCs w:val="24"/>
        </w:rPr>
      </w:pPr>
      <w:r w:rsidRPr="007C48B2">
        <w:rPr>
          <w:b/>
          <w:sz w:val="24"/>
          <w:szCs w:val="24"/>
        </w:rPr>
        <w:t xml:space="preserve">Task Management System: </w:t>
      </w:r>
      <w:r w:rsidR="007C48B2">
        <w:rPr>
          <w:sz w:val="24"/>
          <w:szCs w:val="24"/>
        </w:rPr>
        <w:t xml:space="preserve">Node </w:t>
      </w:r>
      <w:proofErr w:type="spellStart"/>
      <w:r w:rsidR="007C48B2">
        <w:rPr>
          <w:sz w:val="24"/>
          <w:szCs w:val="24"/>
        </w:rPr>
        <w:t>Js</w:t>
      </w:r>
      <w:proofErr w:type="spellEnd"/>
      <w:r w:rsidR="007C48B2">
        <w:rPr>
          <w:sz w:val="24"/>
          <w:szCs w:val="24"/>
        </w:rPr>
        <w:t xml:space="preserve">, Express </w:t>
      </w:r>
      <w:proofErr w:type="spellStart"/>
      <w:proofErr w:type="gramStart"/>
      <w:r w:rsidR="007C48B2">
        <w:rPr>
          <w:sz w:val="24"/>
          <w:szCs w:val="24"/>
        </w:rPr>
        <w:t>JS</w:t>
      </w:r>
      <w:r w:rsidRPr="007C48B2">
        <w:rPr>
          <w:sz w:val="24"/>
          <w:szCs w:val="24"/>
        </w:rPr>
        <w:t>,</w:t>
      </w:r>
      <w:r w:rsidR="007C48B2">
        <w:rPr>
          <w:sz w:val="24"/>
          <w:szCs w:val="24"/>
        </w:rPr>
        <w:t>AngularJS</w:t>
      </w:r>
      <w:proofErr w:type="spellEnd"/>
      <w:proofErr w:type="gramEnd"/>
      <w:r w:rsidR="007C48B2">
        <w:rPr>
          <w:sz w:val="24"/>
          <w:szCs w:val="24"/>
        </w:rPr>
        <w:t>,</w:t>
      </w:r>
      <w:r w:rsidRPr="007C48B2">
        <w:rPr>
          <w:sz w:val="24"/>
          <w:szCs w:val="24"/>
        </w:rPr>
        <w:t xml:space="preserve"> MySQL</w:t>
      </w:r>
    </w:p>
    <w:p w14:paraId="30E48CB2" w14:textId="77777777" w:rsidR="00DB51DE" w:rsidRPr="007C48B2" w:rsidRDefault="00000000">
      <w:pPr>
        <w:spacing w:after="40"/>
        <w:rPr>
          <w:sz w:val="24"/>
          <w:szCs w:val="24"/>
        </w:rPr>
      </w:pPr>
      <w:r w:rsidRPr="007C48B2">
        <w:rPr>
          <w:b/>
          <w:sz w:val="24"/>
          <w:szCs w:val="24"/>
        </w:rPr>
        <w:t xml:space="preserve">AI Automation Platform: </w:t>
      </w:r>
      <w:r w:rsidRPr="007C48B2">
        <w:rPr>
          <w:sz w:val="24"/>
          <w:szCs w:val="24"/>
        </w:rPr>
        <w:t>n8n, ChatGPT, Claude AI, MySQL, Slack, GitHub, RAG</w:t>
      </w:r>
    </w:p>
    <w:p w14:paraId="4AF64F2C" w14:textId="77777777" w:rsidR="00DB51DE" w:rsidRPr="007C48B2" w:rsidRDefault="00000000">
      <w:pPr>
        <w:pStyle w:val="Heading1"/>
        <w:rPr>
          <w:szCs w:val="24"/>
        </w:rPr>
      </w:pPr>
      <w:r w:rsidRPr="007C48B2">
        <w:rPr>
          <w:szCs w:val="24"/>
        </w:rPr>
        <w:t>CERTIFICATION &amp; EDUCATION</w:t>
      </w:r>
    </w:p>
    <w:p w14:paraId="664821E6" w14:textId="77777777" w:rsidR="00DB51DE" w:rsidRPr="007C48B2" w:rsidRDefault="00000000">
      <w:pPr>
        <w:pStyle w:val="ListBullet"/>
        <w:spacing w:after="30"/>
        <w:ind w:left="288" w:hanging="173"/>
        <w:rPr>
          <w:sz w:val="24"/>
          <w:szCs w:val="24"/>
        </w:rPr>
      </w:pPr>
      <w:r w:rsidRPr="007C48B2">
        <w:rPr>
          <w:sz w:val="24"/>
          <w:szCs w:val="24"/>
        </w:rPr>
        <w:t>AWS Certified Cloud Practitioner — 2022</w:t>
      </w:r>
    </w:p>
    <w:p w14:paraId="7849695D" w14:textId="77777777" w:rsidR="00DB51DE" w:rsidRPr="007C48B2" w:rsidRDefault="00000000">
      <w:pPr>
        <w:pStyle w:val="ListBullet"/>
        <w:spacing w:after="30"/>
        <w:ind w:left="288" w:hanging="173"/>
        <w:rPr>
          <w:sz w:val="24"/>
          <w:szCs w:val="24"/>
        </w:rPr>
      </w:pPr>
      <w:r w:rsidRPr="007C48B2">
        <w:rPr>
          <w:sz w:val="24"/>
          <w:szCs w:val="24"/>
        </w:rPr>
        <w:t>B.E. (Information Technology), Gujarat Technological University, Vishwakarma Government Engineering College, Gandhinagar — 2013 | CGPA 8.33</w:t>
      </w:r>
    </w:p>
    <w:p w14:paraId="335C1BCF" w14:textId="77777777" w:rsidR="00DB51DE" w:rsidRPr="007C48B2" w:rsidRDefault="00000000">
      <w:pPr>
        <w:pStyle w:val="ListBullet"/>
        <w:spacing w:after="30"/>
        <w:ind w:left="288" w:hanging="173"/>
        <w:rPr>
          <w:sz w:val="24"/>
          <w:szCs w:val="24"/>
        </w:rPr>
      </w:pPr>
      <w:r w:rsidRPr="007C48B2">
        <w:rPr>
          <w:sz w:val="24"/>
          <w:szCs w:val="24"/>
        </w:rPr>
        <w:t>Diploma (Information Technology), Government Polytechnic Ahmedabad — 2010 | 73%</w:t>
      </w:r>
    </w:p>
    <w:p w14:paraId="6FA393F6" w14:textId="77777777" w:rsidR="00DB51DE" w:rsidRPr="007C48B2" w:rsidRDefault="00000000">
      <w:pPr>
        <w:pStyle w:val="ListBullet"/>
        <w:spacing w:after="30"/>
        <w:ind w:left="288" w:hanging="173"/>
        <w:rPr>
          <w:sz w:val="24"/>
          <w:szCs w:val="24"/>
        </w:rPr>
      </w:pPr>
      <w:r w:rsidRPr="007C48B2">
        <w:rPr>
          <w:sz w:val="24"/>
          <w:szCs w:val="24"/>
        </w:rPr>
        <w:t>10th SSC, G.S.E.B. — 2007 | 80%</w:t>
      </w:r>
    </w:p>
    <w:p w14:paraId="7170344F" w14:textId="77777777" w:rsidR="00DB51DE" w:rsidRPr="007C48B2" w:rsidRDefault="00000000">
      <w:pPr>
        <w:pStyle w:val="Heading1"/>
        <w:rPr>
          <w:szCs w:val="24"/>
        </w:rPr>
      </w:pPr>
      <w:r w:rsidRPr="007C48B2">
        <w:rPr>
          <w:szCs w:val="24"/>
        </w:rPr>
        <w:lastRenderedPageBreak/>
        <w:t>PROJECT LINKS</w:t>
      </w:r>
    </w:p>
    <w:p w14:paraId="7893A2EC" w14:textId="77777777" w:rsidR="00DB51DE" w:rsidRPr="007C48B2" w:rsidRDefault="00000000">
      <w:pPr>
        <w:spacing w:after="40"/>
        <w:rPr>
          <w:sz w:val="24"/>
          <w:szCs w:val="24"/>
        </w:rPr>
      </w:pPr>
      <w:r w:rsidRPr="007C48B2">
        <w:rPr>
          <w:b/>
          <w:sz w:val="24"/>
          <w:szCs w:val="24"/>
        </w:rPr>
        <w:t xml:space="preserve">Agyield: </w:t>
      </w:r>
      <w:r w:rsidRPr="007C48B2">
        <w:rPr>
          <w:sz w:val="24"/>
          <w:szCs w:val="24"/>
        </w:rPr>
        <w:t>https://agyield.com/</w:t>
      </w:r>
    </w:p>
    <w:p w14:paraId="52DE2B0C" w14:textId="77777777" w:rsidR="00DB51DE" w:rsidRPr="007C48B2" w:rsidRDefault="00000000">
      <w:pPr>
        <w:spacing w:after="40"/>
        <w:rPr>
          <w:sz w:val="24"/>
          <w:szCs w:val="24"/>
        </w:rPr>
      </w:pPr>
      <w:r w:rsidRPr="007C48B2">
        <w:rPr>
          <w:b/>
          <w:sz w:val="24"/>
          <w:szCs w:val="24"/>
        </w:rPr>
        <w:t xml:space="preserve">SBI E-Remit: </w:t>
      </w:r>
      <w:r w:rsidRPr="007C48B2">
        <w:rPr>
          <w:sz w:val="24"/>
          <w:szCs w:val="24"/>
        </w:rPr>
        <w:t>https://sbisyd.com.au</w:t>
      </w:r>
    </w:p>
    <w:p w14:paraId="30265A2E" w14:textId="77777777" w:rsidR="00DB51DE" w:rsidRPr="007C48B2" w:rsidRDefault="00000000">
      <w:pPr>
        <w:spacing w:after="40"/>
        <w:rPr>
          <w:sz w:val="24"/>
          <w:szCs w:val="24"/>
        </w:rPr>
      </w:pPr>
      <w:r w:rsidRPr="007C48B2">
        <w:rPr>
          <w:b/>
          <w:sz w:val="24"/>
          <w:szCs w:val="24"/>
        </w:rPr>
        <w:t xml:space="preserve">Renterval: </w:t>
      </w:r>
      <w:r w:rsidRPr="007C48B2">
        <w:rPr>
          <w:sz w:val="24"/>
          <w:szCs w:val="24"/>
        </w:rPr>
        <w:t>https://renterval.com/</w:t>
      </w:r>
    </w:p>
    <w:p w14:paraId="22085A4E" w14:textId="5397599A" w:rsidR="00DB51DE" w:rsidRPr="007C48B2" w:rsidRDefault="00000000">
      <w:pPr>
        <w:spacing w:after="40"/>
        <w:rPr>
          <w:sz w:val="24"/>
          <w:szCs w:val="24"/>
        </w:rPr>
      </w:pPr>
      <w:r w:rsidRPr="007C48B2">
        <w:rPr>
          <w:b/>
          <w:sz w:val="24"/>
          <w:szCs w:val="24"/>
        </w:rPr>
        <w:t xml:space="preserve">DivideBuy: </w:t>
      </w:r>
      <w:r w:rsidRPr="007C48B2">
        <w:rPr>
          <w:sz w:val="24"/>
          <w:szCs w:val="24"/>
        </w:rPr>
        <w:t>https://dividebuy.co.uk/</w:t>
      </w:r>
    </w:p>
    <w:sectPr w:rsidR="00DB51DE" w:rsidRPr="007C48B2"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63634" w14:textId="77777777" w:rsidR="00811706" w:rsidRDefault="00811706">
      <w:pPr>
        <w:spacing w:after="0" w:line="240" w:lineRule="auto"/>
      </w:pPr>
      <w:r>
        <w:separator/>
      </w:r>
    </w:p>
  </w:endnote>
  <w:endnote w:type="continuationSeparator" w:id="0">
    <w:p w14:paraId="3E66EEC3" w14:textId="77777777" w:rsidR="00811706" w:rsidRDefault="0081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5082" w14:textId="77777777" w:rsidR="00DB51DE" w:rsidRDefault="00000000">
    <w:pPr>
      <w:pStyle w:val="Footer"/>
      <w:jc w:val="center"/>
    </w:pPr>
    <w:r>
      <w:rPr>
        <w:sz w:val="14"/>
      </w:rPr>
      <w:t>Kamlesh Gupta | Technical Lead | Project Lead | Full-Stack &amp; AI Automation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14F2" w14:textId="77777777" w:rsidR="00811706" w:rsidRDefault="00811706">
      <w:pPr>
        <w:spacing w:after="0" w:line="240" w:lineRule="auto"/>
      </w:pPr>
      <w:r>
        <w:separator/>
      </w:r>
    </w:p>
  </w:footnote>
  <w:footnote w:type="continuationSeparator" w:id="0">
    <w:p w14:paraId="080051FF" w14:textId="77777777" w:rsidR="00811706" w:rsidRDefault="008117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1941857">
    <w:abstractNumId w:val="8"/>
  </w:num>
  <w:num w:numId="2" w16cid:durableId="1849905369">
    <w:abstractNumId w:val="6"/>
  </w:num>
  <w:num w:numId="3" w16cid:durableId="1514034803">
    <w:abstractNumId w:val="5"/>
  </w:num>
  <w:num w:numId="4" w16cid:durableId="2109159694">
    <w:abstractNumId w:val="4"/>
  </w:num>
  <w:num w:numId="5" w16cid:durableId="828399164">
    <w:abstractNumId w:val="7"/>
  </w:num>
  <w:num w:numId="6" w16cid:durableId="102698173">
    <w:abstractNumId w:val="3"/>
  </w:num>
  <w:num w:numId="7" w16cid:durableId="864445399">
    <w:abstractNumId w:val="2"/>
  </w:num>
  <w:num w:numId="8" w16cid:durableId="1631013086">
    <w:abstractNumId w:val="1"/>
  </w:num>
  <w:num w:numId="9" w16cid:durableId="1780829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1C4A"/>
    <w:rsid w:val="0015074B"/>
    <w:rsid w:val="00227E9C"/>
    <w:rsid w:val="0029639D"/>
    <w:rsid w:val="00326F90"/>
    <w:rsid w:val="003550B5"/>
    <w:rsid w:val="004B50FA"/>
    <w:rsid w:val="005532A7"/>
    <w:rsid w:val="007C48B2"/>
    <w:rsid w:val="00811706"/>
    <w:rsid w:val="00920575"/>
    <w:rsid w:val="00934787"/>
    <w:rsid w:val="00AA1D8D"/>
    <w:rsid w:val="00B47730"/>
    <w:rsid w:val="00CB0664"/>
    <w:rsid w:val="00DB51DE"/>
    <w:rsid w:val="00F336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1EE15C"/>
  <w14:defaultImageDpi w14:val="300"/>
  <w15:docId w15:val="{3BC7247E-3252-4D0E-8374-426ADD4F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sz w:val="18"/>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F4E79"/>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73737"/>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Kamlesh Gupta</cp:lastModifiedBy>
  <cp:revision>11</cp:revision>
  <dcterms:created xsi:type="dcterms:W3CDTF">2013-12-23T23:15:00Z</dcterms:created>
  <dcterms:modified xsi:type="dcterms:W3CDTF">2026-08-10T17:11:00Z</dcterms:modified>
  <cp:category/>
</cp:coreProperties>
</file>